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50B" w:rsidRDefault="000B750B" w:rsidP="000B750B">
      <w:pPr>
        <w:pStyle w:val="Bezproreda"/>
      </w:pPr>
      <w:r>
        <w:t>_______________________________________________________________________</w:t>
      </w:r>
    </w:p>
    <w:p w:rsidR="00D05B01" w:rsidRPr="00B06C52" w:rsidRDefault="005C4A86" w:rsidP="000B750B">
      <w:pPr>
        <w:pStyle w:val="Bezproreda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</w:t>
      </w:r>
      <w:r w:rsidR="007B5663" w:rsidRPr="00B06C52">
        <w:rPr>
          <w:rFonts w:asciiTheme="majorHAnsi" w:hAnsiTheme="majorHAnsi" w:cstheme="majorHAnsi"/>
        </w:rPr>
        <w:t>(</w:t>
      </w:r>
      <w:proofErr w:type="spellStart"/>
      <w:r w:rsidR="007B5663" w:rsidRPr="00B06C52">
        <w:rPr>
          <w:rFonts w:asciiTheme="majorHAnsi" w:hAnsiTheme="majorHAnsi" w:cstheme="majorHAnsi"/>
        </w:rPr>
        <w:t>Ime</w:t>
      </w:r>
      <w:proofErr w:type="spellEnd"/>
      <w:r w:rsidR="007B5663" w:rsidRPr="00B06C52">
        <w:rPr>
          <w:rFonts w:asciiTheme="majorHAnsi" w:hAnsiTheme="majorHAnsi" w:cstheme="majorHAnsi"/>
        </w:rPr>
        <w:t xml:space="preserve"> </w:t>
      </w:r>
      <w:proofErr w:type="spellStart"/>
      <w:r w:rsidR="007B5663" w:rsidRPr="00B06C52">
        <w:rPr>
          <w:rFonts w:asciiTheme="majorHAnsi" w:hAnsiTheme="majorHAnsi" w:cstheme="majorHAnsi"/>
        </w:rPr>
        <w:t>i</w:t>
      </w:r>
      <w:proofErr w:type="spellEnd"/>
      <w:r w:rsidR="007B5663" w:rsidRPr="00B06C52">
        <w:rPr>
          <w:rFonts w:asciiTheme="majorHAnsi" w:hAnsiTheme="majorHAnsi" w:cstheme="majorHAnsi"/>
        </w:rPr>
        <w:t xml:space="preserve"> </w:t>
      </w:r>
      <w:proofErr w:type="spellStart"/>
      <w:r w:rsidR="007B5663" w:rsidRPr="00B06C52">
        <w:rPr>
          <w:rFonts w:asciiTheme="majorHAnsi" w:hAnsiTheme="majorHAnsi" w:cstheme="majorHAnsi"/>
        </w:rPr>
        <w:t>prezime</w:t>
      </w:r>
      <w:proofErr w:type="spellEnd"/>
      <w:r w:rsidR="007B5663" w:rsidRPr="00B06C52">
        <w:rPr>
          <w:rFonts w:asciiTheme="majorHAnsi" w:hAnsiTheme="majorHAnsi" w:cstheme="majorHAnsi"/>
        </w:rPr>
        <w:t xml:space="preserve"> </w:t>
      </w:r>
      <w:proofErr w:type="spellStart"/>
      <w:r w:rsidR="007B5663" w:rsidRPr="00B06C52">
        <w:rPr>
          <w:rFonts w:asciiTheme="majorHAnsi" w:hAnsiTheme="majorHAnsi" w:cstheme="majorHAnsi"/>
        </w:rPr>
        <w:t>podnosioca</w:t>
      </w:r>
      <w:proofErr w:type="spellEnd"/>
      <w:r w:rsidR="007B5663" w:rsidRPr="00B06C52">
        <w:rPr>
          <w:rFonts w:asciiTheme="majorHAnsi" w:hAnsiTheme="majorHAnsi" w:cstheme="majorHAnsi"/>
        </w:rPr>
        <w:t xml:space="preserve"> zahtjeva)</w:t>
      </w:r>
    </w:p>
    <w:p w:rsidR="000B750B" w:rsidRPr="00B06C52" w:rsidRDefault="000B750B" w:rsidP="000B750B">
      <w:pPr>
        <w:pStyle w:val="Bezproreda"/>
        <w:rPr>
          <w:rFonts w:asciiTheme="majorHAnsi" w:hAnsiTheme="majorHAnsi" w:cstheme="majorHAnsi"/>
        </w:rPr>
      </w:pPr>
    </w:p>
    <w:p w:rsidR="000B750B" w:rsidRDefault="000B750B" w:rsidP="000B750B">
      <w:pPr>
        <w:pStyle w:val="Bezproreda"/>
      </w:pPr>
      <w:r>
        <w:t>_______________________________________________________________________</w:t>
      </w:r>
    </w:p>
    <w:p w:rsidR="00D05B01" w:rsidRPr="00B06C52" w:rsidRDefault="005C4A86" w:rsidP="000B750B">
      <w:pPr>
        <w:pStyle w:val="Bezproreda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      </w:t>
      </w:r>
      <w:r w:rsidR="007B5663" w:rsidRPr="00B06C52">
        <w:rPr>
          <w:rFonts w:asciiTheme="majorHAnsi" w:hAnsiTheme="majorHAnsi" w:cstheme="majorHAnsi"/>
        </w:rPr>
        <w:t>(</w:t>
      </w:r>
      <w:proofErr w:type="spellStart"/>
      <w:r w:rsidR="007B5663" w:rsidRPr="00B06C52">
        <w:rPr>
          <w:rFonts w:asciiTheme="majorHAnsi" w:hAnsiTheme="majorHAnsi" w:cstheme="majorHAnsi"/>
        </w:rPr>
        <w:t>Adresa</w:t>
      </w:r>
      <w:proofErr w:type="spellEnd"/>
      <w:r w:rsidR="007B5663" w:rsidRPr="00B06C52">
        <w:rPr>
          <w:rFonts w:asciiTheme="majorHAnsi" w:hAnsiTheme="majorHAnsi" w:cstheme="majorHAnsi"/>
        </w:rPr>
        <w:t>)</w:t>
      </w:r>
    </w:p>
    <w:p w:rsidR="000B750B" w:rsidRPr="00B06C52" w:rsidRDefault="000B750B" w:rsidP="000B750B">
      <w:pPr>
        <w:pStyle w:val="Bezproreda"/>
        <w:rPr>
          <w:rFonts w:asciiTheme="majorHAnsi" w:hAnsiTheme="majorHAnsi" w:cstheme="majorHAnsi"/>
        </w:rPr>
      </w:pPr>
    </w:p>
    <w:p w:rsidR="00D05B01" w:rsidRDefault="007B5663" w:rsidP="000B750B">
      <w:pPr>
        <w:pStyle w:val="Bezproreda"/>
      </w:pPr>
      <w:r w:rsidRPr="00B06C52">
        <w:rPr>
          <w:rFonts w:asciiTheme="majorHAnsi" w:hAnsiTheme="majorHAnsi" w:cstheme="majorHAnsi"/>
        </w:rPr>
        <w:t>DATUM</w:t>
      </w:r>
      <w:r>
        <w:t>: _________________________</w:t>
      </w:r>
    </w:p>
    <w:p w:rsidR="00D05B01" w:rsidRDefault="00D05B01">
      <w:pPr>
        <w:jc w:val="right"/>
      </w:pPr>
    </w:p>
    <w:p w:rsidR="00D05B01" w:rsidRPr="00B06C52" w:rsidRDefault="007B5663">
      <w:pPr>
        <w:jc w:val="right"/>
        <w:rPr>
          <w:rFonts w:asciiTheme="majorHAnsi" w:hAnsiTheme="majorHAnsi" w:cstheme="majorHAnsi"/>
          <w:sz w:val="22"/>
        </w:rPr>
      </w:pPr>
      <w:r w:rsidRPr="00B06C52">
        <w:rPr>
          <w:rFonts w:asciiTheme="majorHAnsi" w:hAnsiTheme="majorHAnsi" w:cstheme="majorHAnsi"/>
          <w:sz w:val="22"/>
        </w:rPr>
        <w:t>Obrazac broj 1</w:t>
      </w:r>
    </w:p>
    <w:p w:rsidR="00D05B01" w:rsidRPr="00B06C52" w:rsidRDefault="007B5663" w:rsidP="000B750B">
      <w:pPr>
        <w:pStyle w:val="Bezproreda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06C52">
        <w:rPr>
          <w:rFonts w:asciiTheme="majorHAnsi" w:hAnsiTheme="majorHAnsi" w:cstheme="majorHAnsi"/>
          <w:b/>
          <w:sz w:val="24"/>
          <w:szCs w:val="24"/>
        </w:rPr>
        <w:t>OPĆINSKOM SUDU U KISELJAKU</w:t>
      </w:r>
    </w:p>
    <w:p w:rsidR="00D05B01" w:rsidRPr="00B06C52" w:rsidRDefault="007B5663" w:rsidP="000B750B">
      <w:pPr>
        <w:pStyle w:val="Bezproreda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06C52">
        <w:rPr>
          <w:rFonts w:asciiTheme="majorHAnsi" w:hAnsiTheme="majorHAnsi" w:cstheme="majorHAnsi"/>
          <w:b/>
          <w:sz w:val="24"/>
          <w:szCs w:val="24"/>
        </w:rPr>
        <w:t>Žrtava domovinskog rata broj 9</w:t>
      </w:r>
    </w:p>
    <w:p w:rsidR="00D05B01" w:rsidRPr="00B06C52" w:rsidRDefault="007B5663" w:rsidP="000B750B">
      <w:pPr>
        <w:pStyle w:val="Bezproreda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06C52">
        <w:rPr>
          <w:rFonts w:asciiTheme="majorHAnsi" w:hAnsiTheme="majorHAnsi" w:cstheme="majorHAnsi"/>
          <w:b/>
          <w:sz w:val="24"/>
          <w:szCs w:val="24"/>
        </w:rPr>
        <w:t>71250 Kiseljak</w:t>
      </w:r>
    </w:p>
    <w:p w:rsidR="00D05B01" w:rsidRPr="00B06C52" w:rsidRDefault="007B5663" w:rsidP="000B750B">
      <w:pPr>
        <w:pStyle w:val="Bezproreda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06C52">
        <w:rPr>
          <w:rFonts w:asciiTheme="majorHAnsi" w:hAnsiTheme="majorHAnsi" w:cstheme="majorHAnsi"/>
          <w:b/>
          <w:sz w:val="24"/>
          <w:szCs w:val="24"/>
        </w:rPr>
        <w:t>(nadležno tijelo koje daje podatke)</w:t>
      </w:r>
    </w:p>
    <w:p w:rsidR="00D05B01" w:rsidRPr="00B06C52" w:rsidRDefault="007B5663" w:rsidP="000B750B">
      <w:pPr>
        <w:pStyle w:val="Bezproreda"/>
        <w:rPr>
          <w:rFonts w:asciiTheme="majorHAnsi" w:hAnsiTheme="majorHAnsi" w:cstheme="majorHAnsi"/>
        </w:rPr>
      </w:pPr>
      <w:r w:rsidRPr="00B06C52">
        <w:rPr>
          <w:rFonts w:asciiTheme="majorHAnsi" w:hAnsiTheme="majorHAnsi" w:cstheme="majorHAnsi"/>
        </w:rPr>
        <w:br/>
      </w:r>
      <w:r w:rsidRPr="00B06C52">
        <w:rPr>
          <w:rFonts w:asciiTheme="majorHAnsi" w:hAnsiTheme="majorHAnsi" w:cstheme="majorHAnsi"/>
          <w:b/>
        </w:rPr>
        <w:t>PREDMET</w:t>
      </w:r>
      <w:r w:rsidRPr="00B06C52">
        <w:rPr>
          <w:rFonts w:asciiTheme="majorHAnsi" w:hAnsiTheme="majorHAnsi" w:cstheme="majorHAnsi"/>
        </w:rPr>
        <w:t>: Zahtjev za davanje podataka iz prekršajne evidencije</w:t>
      </w:r>
    </w:p>
    <w:p w:rsidR="000B750B" w:rsidRDefault="000B750B" w:rsidP="000B750B">
      <w:pPr>
        <w:pStyle w:val="Bezproreda"/>
        <w:ind w:firstLine="709"/>
      </w:pPr>
      <w:r>
        <w:br/>
      </w:r>
      <w:proofErr w:type="spellStart"/>
      <w:r w:rsidRPr="00B06C52">
        <w:rPr>
          <w:rFonts w:asciiTheme="majorHAnsi" w:hAnsiTheme="majorHAnsi" w:cstheme="majorHAnsi"/>
        </w:rPr>
        <w:t>Ime</w:t>
      </w:r>
      <w:proofErr w:type="spellEnd"/>
      <w:r w:rsidRPr="00B06C52">
        <w:rPr>
          <w:rFonts w:asciiTheme="majorHAnsi" w:hAnsiTheme="majorHAnsi" w:cstheme="majorHAnsi"/>
        </w:rPr>
        <w:t>:</w:t>
      </w:r>
      <w:r>
        <w:t xml:space="preserve"> _______________________</w:t>
      </w:r>
      <w:r w:rsidR="007B5663">
        <w:t xml:space="preserve">    </w:t>
      </w:r>
      <w:proofErr w:type="spellStart"/>
      <w:r>
        <w:t>Prezime</w:t>
      </w:r>
      <w:proofErr w:type="spellEnd"/>
      <w:r>
        <w:t>: ____________________________________________________________________</w:t>
      </w:r>
    </w:p>
    <w:p w:rsidR="00D05B01" w:rsidRDefault="007B5663" w:rsidP="000B750B">
      <w:pPr>
        <w:pStyle w:val="Bezproreda"/>
      </w:pPr>
      <w:proofErr w:type="spellStart"/>
      <w:r w:rsidRPr="00B06C52">
        <w:rPr>
          <w:rFonts w:asciiTheme="majorHAnsi" w:hAnsiTheme="majorHAnsi" w:cstheme="majorHAnsi"/>
        </w:rPr>
        <w:t>Djevojačko</w:t>
      </w:r>
      <w:proofErr w:type="spellEnd"/>
      <w:r w:rsidRPr="00B06C52">
        <w:rPr>
          <w:rFonts w:asciiTheme="majorHAnsi" w:hAnsiTheme="majorHAnsi" w:cstheme="majorHAnsi"/>
        </w:rPr>
        <w:t xml:space="preserve"> </w:t>
      </w:r>
      <w:proofErr w:type="spellStart"/>
      <w:r w:rsidRPr="00B06C52">
        <w:rPr>
          <w:rFonts w:asciiTheme="majorHAnsi" w:hAnsiTheme="majorHAnsi" w:cstheme="majorHAnsi"/>
        </w:rPr>
        <w:t>prezime</w:t>
      </w:r>
      <w:proofErr w:type="spellEnd"/>
      <w:r>
        <w:t>: ___________________</w:t>
      </w:r>
      <w:r w:rsidR="000B750B">
        <w:t xml:space="preserve">_______________________ </w:t>
      </w:r>
      <w:r w:rsidR="000B750B" w:rsidRPr="00B06C52">
        <w:rPr>
          <w:rFonts w:asciiTheme="majorHAnsi" w:hAnsiTheme="majorHAnsi" w:cstheme="majorHAnsi"/>
        </w:rPr>
        <w:t>JMBG:</w:t>
      </w:r>
      <w:r w:rsidR="000B750B">
        <w:t xml:space="preserve"> ____________________________________</w:t>
      </w:r>
    </w:p>
    <w:p w:rsidR="00D05B01" w:rsidRDefault="007B5663" w:rsidP="000B750B">
      <w:pPr>
        <w:pStyle w:val="Bezproreda"/>
      </w:pPr>
      <w:proofErr w:type="spellStart"/>
      <w:r w:rsidRPr="00B06C52">
        <w:rPr>
          <w:rFonts w:asciiTheme="majorHAnsi" w:hAnsiTheme="majorHAnsi" w:cstheme="majorHAnsi"/>
        </w:rPr>
        <w:t>Spol</w:t>
      </w:r>
      <w:proofErr w:type="spellEnd"/>
      <w:r w:rsidRPr="00B06C52">
        <w:rPr>
          <w:rFonts w:asciiTheme="majorHAnsi" w:hAnsiTheme="majorHAnsi" w:cstheme="majorHAnsi"/>
        </w:rPr>
        <w:t>:</w:t>
      </w:r>
      <w:r>
        <w:t xml:space="preserve"> _______</w:t>
      </w:r>
      <w:r w:rsidR="000B750B">
        <w:t>__________________</w:t>
      </w:r>
      <w:proofErr w:type="spellStart"/>
      <w:r w:rsidRPr="00B06C52">
        <w:rPr>
          <w:rFonts w:asciiTheme="majorHAnsi" w:hAnsiTheme="majorHAnsi" w:cstheme="majorHAnsi"/>
        </w:rPr>
        <w:t>Ime</w:t>
      </w:r>
      <w:proofErr w:type="spellEnd"/>
      <w:r w:rsidRPr="00B06C52">
        <w:rPr>
          <w:rFonts w:asciiTheme="majorHAnsi" w:hAnsiTheme="majorHAnsi" w:cstheme="majorHAnsi"/>
        </w:rPr>
        <w:t xml:space="preserve"> </w:t>
      </w:r>
      <w:proofErr w:type="spellStart"/>
      <w:r w:rsidRPr="00B06C52">
        <w:rPr>
          <w:rFonts w:asciiTheme="majorHAnsi" w:hAnsiTheme="majorHAnsi" w:cstheme="majorHAnsi"/>
        </w:rPr>
        <w:t>jednog</w:t>
      </w:r>
      <w:proofErr w:type="spellEnd"/>
      <w:r w:rsidRPr="00B06C52">
        <w:rPr>
          <w:rFonts w:asciiTheme="majorHAnsi" w:hAnsiTheme="majorHAnsi" w:cstheme="majorHAnsi"/>
        </w:rPr>
        <w:t xml:space="preserve"> </w:t>
      </w:r>
      <w:proofErr w:type="spellStart"/>
      <w:r w:rsidRPr="00B06C52">
        <w:rPr>
          <w:rFonts w:asciiTheme="majorHAnsi" w:hAnsiTheme="majorHAnsi" w:cstheme="majorHAnsi"/>
        </w:rPr>
        <w:t>roditelja</w:t>
      </w:r>
      <w:proofErr w:type="spellEnd"/>
      <w:r>
        <w:t>: ___________________</w:t>
      </w:r>
      <w:r w:rsidR="000B750B">
        <w:t>___________________________________</w:t>
      </w:r>
    </w:p>
    <w:p w:rsidR="00D05B01" w:rsidRDefault="007B5663" w:rsidP="000B750B">
      <w:pPr>
        <w:pStyle w:val="Bezproreda"/>
      </w:pPr>
      <w:r w:rsidRPr="00B06C52">
        <w:rPr>
          <w:rFonts w:asciiTheme="majorHAnsi" w:hAnsiTheme="majorHAnsi" w:cstheme="majorHAnsi"/>
        </w:rPr>
        <w:t xml:space="preserve">Dan, </w:t>
      </w:r>
      <w:proofErr w:type="spellStart"/>
      <w:r w:rsidRPr="00B06C52">
        <w:rPr>
          <w:rFonts w:asciiTheme="majorHAnsi" w:hAnsiTheme="majorHAnsi" w:cstheme="majorHAnsi"/>
        </w:rPr>
        <w:t>mjesec</w:t>
      </w:r>
      <w:proofErr w:type="spellEnd"/>
      <w:r w:rsidRPr="00B06C52">
        <w:rPr>
          <w:rFonts w:asciiTheme="majorHAnsi" w:hAnsiTheme="majorHAnsi" w:cstheme="majorHAnsi"/>
        </w:rPr>
        <w:t xml:space="preserve"> </w:t>
      </w:r>
      <w:proofErr w:type="spellStart"/>
      <w:r w:rsidRPr="00B06C52">
        <w:rPr>
          <w:rFonts w:asciiTheme="majorHAnsi" w:hAnsiTheme="majorHAnsi" w:cstheme="majorHAnsi"/>
        </w:rPr>
        <w:t>i</w:t>
      </w:r>
      <w:proofErr w:type="spellEnd"/>
      <w:r w:rsidRPr="00B06C52">
        <w:rPr>
          <w:rFonts w:asciiTheme="majorHAnsi" w:hAnsiTheme="majorHAnsi" w:cstheme="majorHAnsi"/>
        </w:rPr>
        <w:t xml:space="preserve"> </w:t>
      </w:r>
      <w:proofErr w:type="spellStart"/>
      <w:r w:rsidRPr="00B06C52">
        <w:rPr>
          <w:rFonts w:asciiTheme="majorHAnsi" w:hAnsiTheme="majorHAnsi" w:cstheme="majorHAnsi"/>
        </w:rPr>
        <w:t>godina</w:t>
      </w:r>
      <w:proofErr w:type="spellEnd"/>
      <w:r w:rsidRPr="00B06C52">
        <w:rPr>
          <w:rFonts w:asciiTheme="majorHAnsi" w:hAnsiTheme="majorHAnsi" w:cstheme="majorHAnsi"/>
        </w:rPr>
        <w:t xml:space="preserve"> </w:t>
      </w:r>
      <w:proofErr w:type="spellStart"/>
      <w:r w:rsidRPr="00B06C52">
        <w:rPr>
          <w:rFonts w:asciiTheme="majorHAnsi" w:hAnsiTheme="majorHAnsi" w:cstheme="majorHAnsi"/>
        </w:rPr>
        <w:t>rođenja</w:t>
      </w:r>
      <w:proofErr w:type="spellEnd"/>
      <w:r w:rsidRPr="00B06C52">
        <w:rPr>
          <w:rFonts w:asciiTheme="majorHAnsi" w:hAnsiTheme="majorHAnsi" w:cstheme="majorHAnsi"/>
        </w:rPr>
        <w:t>:</w:t>
      </w:r>
      <w:r>
        <w:t xml:space="preserve"> ___________________</w:t>
      </w:r>
      <w:r w:rsidR="000B750B">
        <w:t>_________________________________________________________</w:t>
      </w:r>
    </w:p>
    <w:p w:rsidR="00D05B01" w:rsidRDefault="007B5663" w:rsidP="000B750B">
      <w:pPr>
        <w:pStyle w:val="Bezproreda"/>
      </w:pPr>
      <w:proofErr w:type="spellStart"/>
      <w:r w:rsidRPr="00B06C52">
        <w:rPr>
          <w:rFonts w:asciiTheme="majorHAnsi" w:hAnsiTheme="majorHAnsi" w:cstheme="majorHAnsi"/>
        </w:rPr>
        <w:t>Mjesto</w:t>
      </w:r>
      <w:proofErr w:type="spellEnd"/>
      <w:r w:rsidRPr="00B06C52">
        <w:rPr>
          <w:rFonts w:asciiTheme="majorHAnsi" w:hAnsiTheme="majorHAnsi" w:cstheme="majorHAnsi"/>
        </w:rPr>
        <w:t xml:space="preserve"> </w:t>
      </w:r>
      <w:proofErr w:type="spellStart"/>
      <w:r w:rsidRPr="00B06C52">
        <w:rPr>
          <w:rFonts w:asciiTheme="majorHAnsi" w:hAnsiTheme="majorHAnsi" w:cstheme="majorHAnsi"/>
        </w:rPr>
        <w:t>rođenja</w:t>
      </w:r>
      <w:proofErr w:type="spellEnd"/>
      <w:r w:rsidRPr="00B06C52">
        <w:rPr>
          <w:rFonts w:asciiTheme="majorHAnsi" w:hAnsiTheme="majorHAnsi" w:cstheme="majorHAnsi"/>
        </w:rPr>
        <w:t>:</w:t>
      </w:r>
      <w:r>
        <w:t xml:space="preserve"> ___________________</w:t>
      </w:r>
      <w:r w:rsidR="000B750B">
        <w:t>_________________________________________________________________________</w:t>
      </w:r>
    </w:p>
    <w:p w:rsidR="00D05B01" w:rsidRDefault="007B5663" w:rsidP="000B750B">
      <w:pPr>
        <w:pStyle w:val="Bezproreda"/>
      </w:pPr>
      <w:proofErr w:type="spellStart"/>
      <w:r w:rsidRPr="00B06C52">
        <w:rPr>
          <w:rFonts w:asciiTheme="majorHAnsi" w:hAnsiTheme="majorHAnsi" w:cstheme="majorHAnsi"/>
        </w:rPr>
        <w:t>Država</w:t>
      </w:r>
      <w:proofErr w:type="spellEnd"/>
      <w:r w:rsidRPr="00B06C52">
        <w:rPr>
          <w:rFonts w:asciiTheme="majorHAnsi" w:hAnsiTheme="majorHAnsi" w:cstheme="majorHAnsi"/>
        </w:rPr>
        <w:t xml:space="preserve"> </w:t>
      </w:r>
      <w:proofErr w:type="spellStart"/>
      <w:r w:rsidRPr="00B06C52">
        <w:rPr>
          <w:rFonts w:asciiTheme="majorHAnsi" w:hAnsiTheme="majorHAnsi" w:cstheme="majorHAnsi"/>
        </w:rPr>
        <w:t>rođenja</w:t>
      </w:r>
      <w:proofErr w:type="spellEnd"/>
      <w:r>
        <w:t>: ___________________</w:t>
      </w:r>
      <w:r w:rsidR="000B750B">
        <w:t>________________</w:t>
      </w:r>
      <w:proofErr w:type="gramStart"/>
      <w:r w:rsidR="000B750B">
        <w:t xml:space="preserve">_  </w:t>
      </w:r>
      <w:proofErr w:type="spellStart"/>
      <w:r w:rsidRPr="00B06C52">
        <w:rPr>
          <w:rFonts w:asciiTheme="majorHAnsi" w:hAnsiTheme="majorHAnsi" w:cstheme="majorHAnsi"/>
        </w:rPr>
        <w:t>Državljanstvo</w:t>
      </w:r>
      <w:proofErr w:type="spellEnd"/>
      <w:proofErr w:type="gramEnd"/>
      <w:r w:rsidRPr="00B06C52">
        <w:rPr>
          <w:rFonts w:asciiTheme="majorHAnsi" w:hAnsiTheme="majorHAnsi" w:cstheme="majorHAnsi"/>
        </w:rPr>
        <w:t>:</w:t>
      </w:r>
      <w:r>
        <w:t xml:space="preserve"> ___________________</w:t>
      </w:r>
      <w:r w:rsidR="000B750B">
        <w:t>__________________</w:t>
      </w:r>
    </w:p>
    <w:p w:rsidR="00D05B01" w:rsidRDefault="007B5663" w:rsidP="000B750B">
      <w:pPr>
        <w:pStyle w:val="Bezproreda"/>
      </w:pPr>
      <w:proofErr w:type="spellStart"/>
      <w:r w:rsidRPr="00B06C52">
        <w:rPr>
          <w:rFonts w:asciiTheme="majorHAnsi" w:hAnsiTheme="majorHAnsi" w:cstheme="majorHAnsi"/>
        </w:rPr>
        <w:t>Prebivalište</w:t>
      </w:r>
      <w:proofErr w:type="spellEnd"/>
      <w:r>
        <w:t>: ___________________</w:t>
      </w:r>
      <w:r w:rsidR="000B750B">
        <w:t>_______________</w:t>
      </w:r>
      <w:r>
        <w:t>, ____________</w:t>
      </w:r>
      <w:r w:rsidR="000B750B">
        <w:t>_______________</w:t>
      </w:r>
      <w:r>
        <w:t>, _______________</w:t>
      </w:r>
      <w:r w:rsidR="000B750B">
        <w:t>_________________</w:t>
      </w:r>
    </w:p>
    <w:p w:rsidR="00D05B01" w:rsidRPr="00B06C52" w:rsidRDefault="007B5663">
      <w:pPr>
        <w:rPr>
          <w:rFonts w:asciiTheme="majorHAnsi" w:hAnsiTheme="majorHAnsi" w:cstheme="majorHAnsi"/>
          <w:sz w:val="22"/>
        </w:rPr>
      </w:pPr>
      <w:r w:rsidRPr="00B06C52">
        <w:rPr>
          <w:rFonts w:asciiTheme="majorHAnsi" w:hAnsiTheme="majorHAnsi" w:cstheme="majorHAnsi"/>
          <w:sz w:val="22"/>
        </w:rPr>
        <w:t xml:space="preserve">        </w:t>
      </w:r>
      <w:r w:rsidR="000B750B" w:rsidRPr="00B06C52">
        <w:rPr>
          <w:rFonts w:asciiTheme="majorHAnsi" w:hAnsiTheme="majorHAnsi" w:cstheme="majorHAnsi"/>
          <w:sz w:val="22"/>
        </w:rPr>
        <w:t xml:space="preserve">                          </w:t>
      </w:r>
      <w:r w:rsidR="00030899">
        <w:rPr>
          <w:rFonts w:asciiTheme="majorHAnsi" w:hAnsiTheme="majorHAnsi" w:cstheme="majorHAnsi"/>
          <w:sz w:val="22"/>
        </w:rPr>
        <w:t xml:space="preserve">  </w:t>
      </w:r>
      <w:proofErr w:type="spellStart"/>
      <w:r w:rsidRPr="00B06C52">
        <w:rPr>
          <w:rFonts w:asciiTheme="majorHAnsi" w:hAnsiTheme="majorHAnsi" w:cstheme="majorHAnsi"/>
          <w:sz w:val="22"/>
        </w:rPr>
        <w:t>adresa</w:t>
      </w:r>
      <w:proofErr w:type="spellEnd"/>
      <w:r w:rsidRPr="00B06C52">
        <w:rPr>
          <w:rFonts w:asciiTheme="majorHAnsi" w:hAnsiTheme="majorHAnsi" w:cstheme="majorHAnsi"/>
          <w:sz w:val="22"/>
        </w:rPr>
        <w:t xml:space="preserve">           </w:t>
      </w:r>
      <w:r w:rsidR="000B750B" w:rsidRPr="00B06C52">
        <w:rPr>
          <w:rFonts w:asciiTheme="majorHAnsi" w:hAnsiTheme="majorHAnsi" w:cstheme="majorHAnsi"/>
          <w:sz w:val="22"/>
        </w:rPr>
        <w:t xml:space="preserve">                    </w:t>
      </w:r>
      <w:r w:rsidR="00030899">
        <w:rPr>
          <w:rFonts w:asciiTheme="majorHAnsi" w:hAnsiTheme="majorHAnsi" w:cstheme="majorHAnsi"/>
          <w:sz w:val="22"/>
        </w:rPr>
        <w:t xml:space="preserve">           </w:t>
      </w:r>
      <w:r w:rsidR="000B750B" w:rsidRPr="00B06C52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B06C52">
        <w:rPr>
          <w:rFonts w:asciiTheme="majorHAnsi" w:hAnsiTheme="majorHAnsi" w:cstheme="majorHAnsi"/>
          <w:sz w:val="22"/>
        </w:rPr>
        <w:t>općina</w:t>
      </w:r>
      <w:proofErr w:type="spellEnd"/>
      <w:r w:rsidRPr="00B06C52">
        <w:rPr>
          <w:rFonts w:asciiTheme="majorHAnsi" w:hAnsiTheme="majorHAnsi" w:cstheme="majorHAnsi"/>
          <w:sz w:val="22"/>
        </w:rPr>
        <w:t xml:space="preserve">           </w:t>
      </w:r>
      <w:r w:rsidR="000B750B" w:rsidRPr="00B06C52">
        <w:rPr>
          <w:rFonts w:asciiTheme="majorHAnsi" w:hAnsiTheme="majorHAnsi" w:cstheme="majorHAnsi"/>
          <w:sz w:val="22"/>
        </w:rPr>
        <w:t xml:space="preserve">                   </w:t>
      </w:r>
      <w:r w:rsidR="00030899">
        <w:rPr>
          <w:rFonts w:asciiTheme="majorHAnsi" w:hAnsiTheme="majorHAnsi" w:cstheme="majorHAnsi"/>
          <w:sz w:val="22"/>
        </w:rPr>
        <w:t xml:space="preserve">              grad</w:t>
      </w:r>
      <w:bookmarkStart w:id="0" w:name="_GoBack"/>
      <w:bookmarkEnd w:id="0"/>
    </w:p>
    <w:p w:rsidR="00D05B01" w:rsidRDefault="007B5663">
      <w:proofErr w:type="spellStart"/>
      <w:r w:rsidRPr="00B06C52">
        <w:rPr>
          <w:rFonts w:asciiTheme="majorHAnsi" w:hAnsiTheme="majorHAnsi" w:cstheme="majorHAnsi"/>
          <w:sz w:val="22"/>
        </w:rPr>
        <w:t>Mjesto</w:t>
      </w:r>
      <w:proofErr w:type="spellEnd"/>
      <w:r w:rsidRPr="00B06C52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B06C52">
        <w:rPr>
          <w:rFonts w:asciiTheme="majorHAnsi" w:hAnsiTheme="majorHAnsi" w:cstheme="majorHAnsi"/>
          <w:sz w:val="22"/>
        </w:rPr>
        <w:t>zaposlenja</w:t>
      </w:r>
      <w:proofErr w:type="spellEnd"/>
      <w:r w:rsidRPr="00B06C52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B06C52">
        <w:rPr>
          <w:rFonts w:asciiTheme="majorHAnsi" w:hAnsiTheme="majorHAnsi" w:cstheme="majorHAnsi"/>
          <w:sz w:val="22"/>
        </w:rPr>
        <w:t>i</w:t>
      </w:r>
      <w:proofErr w:type="spellEnd"/>
      <w:r w:rsidRPr="00B06C52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B06C52">
        <w:rPr>
          <w:rFonts w:asciiTheme="majorHAnsi" w:hAnsiTheme="majorHAnsi" w:cstheme="majorHAnsi"/>
          <w:sz w:val="22"/>
        </w:rPr>
        <w:t>svojstvo</w:t>
      </w:r>
      <w:proofErr w:type="spellEnd"/>
      <w:r w:rsidRPr="00B06C52">
        <w:rPr>
          <w:rFonts w:asciiTheme="majorHAnsi" w:hAnsiTheme="majorHAnsi" w:cstheme="majorHAnsi"/>
        </w:rPr>
        <w:t>:</w:t>
      </w:r>
      <w:r>
        <w:t xml:space="preserve"> __________________________</w:t>
      </w:r>
      <w:r w:rsidR="000B750B">
        <w:t>_________________________</w:t>
      </w:r>
    </w:p>
    <w:p w:rsidR="00D05B01" w:rsidRDefault="007B5663">
      <w:proofErr w:type="spellStart"/>
      <w:r w:rsidRPr="00B06C52">
        <w:rPr>
          <w:rFonts w:asciiTheme="majorHAnsi" w:hAnsiTheme="majorHAnsi" w:cstheme="majorHAnsi"/>
          <w:sz w:val="22"/>
        </w:rPr>
        <w:t>Broj</w:t>
      </w:r>
      <w:proofErr w:type="spellEnd"/>
      <w:r w:rsidRPr="00B06C52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B06C52">
        <w:rPr>
          <w:rFonts w:asciiTheme="majorHAnsi" w:hAnsiTheme="majorHAnsi" w:cstheme="majorHAnsi"/>
          <w:sz w:val="22"/>
        </w:rPr>
        <w:t>putovnice</w:t>
      </w:r>
      <w:proofErr w:type="spellEnd"/>
      <w:r w:rsidRPr="00B06C52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B06C52">
        <w:rPr>
          <w:rFonts w:asciiTheme="majorHAnsi" w:hAnsiTheme="majorHAnsi" w:cstheme="majorHAnsi"/>
          <w:sz w:val="22"/>
        </w:rPr>
        <w:t>za</w:t>
      </w:r>
      <w:proofErr w:type="spellEnd"/>
      <w:r w:rsidRPr="00B06C52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B06C52">
        <w:rPr>
          <w:rFonts w:asciiTheme="majorHAnsi" w:hAnsiTheme="majorHAnsi" w:cstheme="majorHAnsi"/>
          <w:sz w:val="22"/>
        </w:rPr>
        <w:t>strance</w:t>
      </w:r>
      <w:proofErr w:type="spellEnd"/>
      <w:r w:rsidRPr="00B06C52">
        <w:rPr>
          <w:rFonts w:asciiTheme="majorHAnsi" w:hAnsiTheme="majorHAnsi" w:cstheme="majorHAnsi"/>
          <w:sz w:val="22"/>
        </w:rPr>
        <w:t>:</w:t>
      </w:r>
      <w:r>
        <w:t xml:space="preserve"> _____________________________</w:t>
      </w:r>
      <w:r w:rsidR="000B750B">
        <w:t>_________________________</w:t>
      </w:r>
    </w:p>
    <w:p w:rsidR="00D05B01" w:rsidRPr="00B06C52" w:rsidRDefault="007B5663">
      <w:pPr>
        <w:rPr>
          <w:rFonts w:asciiTheme="majorHAnsi" w:hAnsiTheme="majorHAnsi" w:cstheme="majorHAnsi"/>
          <w:b/>
        </w:rPr>
      </w:pPr>
      <w:r w:rsidRPr="00B06C52">
        <w:rPr>
          <w:rFonts w:asciiTheme="majorHAnsi" w:hAnsiTheme="majorHAnsi" w:cstheme="majorHAnsi"/>
        </w:rPr>
        <w:br/>
      </w:r>
      <w:r w:rsidRPr="00B06C52">
        <w:rPr>
          <w:rFonts w:asciiTheme="majorHAnsi" w:hAnsiTheme="majorHAnsi" w:cstheme="majorHAnsi"/>
          <w:b/>
        </w:rPr>
        <w:t>Podaci iz prekršajne evidencije potrebni su mi</w:t>
      </w:r>
    </w:p>
    <w:p w:rsidR="00D05B01" w:rsidRDefault="007B5663">
      <w:proofErr w:type="spellStart"/>
      <w:r w:rsidRPr="00B06C52">
        <w:rPr>
          <w:rFonts w:asciiTheme="majorHAnsi" w:hAnsiTheme="majorHAnsi" w:cstheme="majorHAnsi"/>
          <w:b/>
        </w:rPr>
        <w:t>radi</w:t>
      </w:r>
      <w:proofErr w:type="spellEnd"/>
      <w:r w:rsidRPr="00B06C52">
        <w:rPr>
          <w:b/>
        </w:rPr>
        <w:t>:</w:t>
      </w:r>
      <w:r>
        <w:t xml:space="preserve"> _________________________________________</w:t>
      </w:r>
      <w:r w:rsidR="000B750B">
        <w:t>______________________________</w:t>
      </w:r>
    </w:p>
    <w:p w:rsidR="00D05B01" w:rsidRDefault="007B5663">
      <w:r>
        <w:t>__________________________________________________</w:t>
      </w:r>
      <w:r w:rsidR="000B750B">
        <w:t>_________________________</w:t>
      </w:r>
    </w:p>
    <w:p w:rsidR="00D05B01" w:rsidRDefault="007B5663">
      <w:r>
        <w:t>__________________________________________________</w:t>
      </w:r>
      <w:r w:rsidR="000B750B">
        <w:t>_________________________</w:t>
      </w:r>
    </w:p>
    <w:p w:rsidR="00D05B01" w:rsidRPr="00B06C52" w:rsidRDefault="007B5663" w:rsidP="000B750B">
      <w:pPr>
        <w:jc w:val="center"/>
        <w:rPr>
          <w:rFonts w:asciiTheme="majorHAnsi" w:hAnsiTheme="majorHAnsi" w:cstheme="majorHAnsi"/>
          <w:sz w:val="22"/>
        </w:rPr>
      </w:pPr>
      <w:r w:rsidRPr="00B06C52">
        <w:rPr>
          <w:rFonts w:asciiTheme="majorHAnsi" w:hAnsiTheme="majorHAnsi" w:cstheme="majorHAnsi"/>
          <w:sz w:val="22"/>
        </w:rPr>
        <w:t>(obrazložiti zakonski temelj zahtjeva)</w:t>
      </w:r>
    </w:p>
    <w:p w:rsidR="00B06C52" w:rsidRDefault="00B06C52" w:rsidP="00B06C52">
      <w:pPr>
        <w:pStyle w:val="Bezproreda"/>
        <w:jc w:val="right"/>
      </w:pPr>
      <w:r>
        <w:t>_____________________________________</w:t>
      </w:r>
    </w:p>
    <w:p w:rsidR="00D05B01" w:rsidRPr="00B06C52" w:rsidRDefault="005C4A86" w:rsidP="005C4A86">
      <w:pPr>
        <w:pStyle w:val="Bezproreda"/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                                                                               </w:t>
      </w:r>
      <w:r w:rsidR="007B5663" w:rsidRPr="00B06C52">
        <w:rPr>
          <w:rFonts w:asciiTheme="majorHAnsi" w:hAnsiTheme="majorHAnsi" w:cstheme="majorHAnsi"/>
        </w:rPr>
        <w:t>(</w:t>
      </w:r>
      <w:proofErr w:type="spellStart"/>
      <w:r w:rsidR="007B5663" w:rsidRPr="00B06C52">
        <w:rPr>
          <w:rFonts w:asciiTheme="majorHAnsi" w:hAnsiTheme="majorHAnsi" w:cstheme="majorHAnsi"/>
        </w:rPr>
        <w:t>Potpis</w:t>
      </w:r>
      <w:proofErr w:type="spellEnd"/>
      <w:r w:rsidR="007B5663" w:rsidRPr="00B06C52">
        <w:rPr>
          <w:rFonts w:asciiTheme="majorHAnsi" w:hAnsiTheme="majorHAnsi" w:cstheme="majorHAnsi"/>
        </w:rPr>
        <w:t xml:space="preserve"> </w:t>
      </w:r>
      <w:proofErr w:type="spellStart"/>
      <w:r w:rsidR="007B5663" w:rsidRPr="00B06C52">
        <w:rPr>
          <w:rFonts w:asciiTheme="majorHAnsi" w:hAnsiTheme="majorHAnsi" w:cstheme="majorHAnsi"/>
        </w:rPr>
        <w:t>podnosioca</w:t>
      </w:r>
      <w:proofErr w:type="spellEnd"/>
      <w:r w:rsidR="007B5663" w:rsidRPr="00B06C52">
        <w:rPr>
          <w:rFonts w:asciiTheme="majorHAnsi" w:hAnsiTheme="majorHAnsi" w:cstheme="majorHAnsi"/>
        </w:rPr>
        <w:t xml:space="preserve"> </w:t>
      </w:r>
      <w:proofErr w:type="spellStart"/>
      <w:r w:rsidR="007B5663" w:rsidRPr="00B06C52">
        <w:rPr>
          <w:rFonts w:asciiTheme="majorHAnsi" w:hAnsiTheme="majorHAnsi" w:cstheme="majorHAnsi"/>
        </w:rPr>
        <w:t>zahtjeva</w:t>
      </w:r>
      <w:proofErr w:type="spellEnd"/>
      <w:r w:rsidR="007B5663" w:rsidRPr="00B06C52">
        <w:rPr>
          <w:rFonts w:asciiTheme="majorHAnsi" w:hAnsiTheme="majorHAnsi" w:cstheme="majorHAnsi"/>
        </w:rPr>
        <w:t>)</w:t>
      </w:r>
    </w:p>
    <w:p w:rsidR="00B06C52" w:rsidRDefault="007B5663" w:rsidP="00B06C52">
      <w:r>
        <w:br/>
      </w:r>
    </w:p>
    <w:p w:rsidR="00D05B01" w:rsidRPr="005C4A86" w:rsidRDefault="007B5663" w:rsidP="00B06C52">
      <w:pPr>
        <w:rPr>
          <w:rFonts w:asciiTheme="majorHAnsi" w:hAnsiTheme="majorHAnsi" w:cstheme="majorHAnsi"/>
          <w:sz w:val="22"/>
        </w:rPr>
      </w:pPr>
      <w:proofErr w:type="spellStart"/>
      <w:r w:rsidRPr="005C4A86">
        <w:rPr>
          <w:rFonts w:asciiTheme="majorHAnsi" w:hAnsiTheme="majorHAnsi" w:cstheme="majorHAnsi"/>
          <w:sz w:val="22"/>
        </w:rPr>
        <w:t>Popuniti</w:t>
      </w:r>
      <w:proofErr w:type="spellEnd"/>
      <w:r w:rsidRPr="005C4A86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5C4A86">
        <w:rPr>
          <w:rFonts w:asciiTheme="majorHAnsi" w:hAnsiTheme="majorHAnsi" w:cstheme="majorHAnsi"/>
          <w:sz w:val="22"/>
        </w:rPr>
        <w:t>čitko</w:t>
      </w:r>
      <w:proofErr w:type="spellEnd"/>
      <w:r w:rsidRPr="005C4A86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5C4A86">
        <w:rPr>
          <w:rFonts w:asciiTheme="majorHAnsi" w:hAnsiTheme="majorHAnsi" w:cstheme="majorHAnsi"/>
          <w:sz w:val="22"/>
        </w:rPr>
        <w:t>štampanim</w:t>
      </w:r>
      <w:proofErr w:type="spellEnd"/>
      <w:r w:rsidRPr="005C4A86">
        <w:rPr>
          <w:rFonts w:asciiTheme="majorHAnsi" w:hAnsiTheme="majorHAnsi" w:cstheme="majorHAnsi"/>
          <w:sz w:val="22"/>
        </w:rPr>
        <w:t xml:space="preserve"> </w:t>
      </w:r>
      <w:proofErr w:type="spellStart"/>
      <w:r w:rsidRPr="005C4A86">
        <w:rPr>
          <w:rFonts w:asciiTheme="majorHAnsi" w:hAnsiTheme="majorHAnsi" w:cstheme="majorHAnsi"/>
          <w:sz w:val="22"/>
        </w:rPr>
        <w:t>slovima</w:t>
      </w:r>
      <w:proofErr w:type="spellEnd"/>
      <w:r w:rsidRPr="005C4A86">
        <w:rPr>
          <w:rFonts w:asciiTheme="majorHAnsi" w:hAnsiTheme="majorHAnsi" w:cstheme="majorHAnsi"/>
          <w:sz w:val="22"/>
        </w:rPr>
        <w:t xml:space="preserve"> ili pisaćom mašinom.</w:t>
      </w:r>
    </w:p>
    <w:sectPr w:rsidR="00D05B01" w:rsidRPr="005C4A86" w:rsidSect="000B750B">
      <w:headerReference w:type="default" r:id="rId8"/>
      <w:pgSz w:w="12240" w:h="15840"/>
      <w:pgMar w:top="1440" w:right="1750" w:bottom="144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7D6C" w:rsidRDefault="00A87D6C" w:rsidP="000B750B">
      <w:pPr>
        <w:spacing w:after="0" w:line="240" w:lineRule="auto"/>
      </w:pPr>
      <w:r>
        <w:separator/>
      </w:r>
    </w:p>
  </w:endnote>
  <w:endnote w:type="continuationSeparator" w:id="0">
    <w:p w:rsidR="00A87D6C" w:rsidRDefault="00A87D6C" w:rsidP="000B7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7D6C" w:rsidRDefault="00A87D6C" w:rsidP="000B750B">
      <w:pPr>
        <w:spacing w:after="0" w:line="240" w:lineRule="auto"/>
      </w:pPr>
      <w:r>
        <w:separator/>
      </w:r>
    </w:p>
  </w:footnote>
  <w:footnote w:type="continuationSeparator" w:id="0">
    <w:p w:rsidR="00A87D6C" w:rsidRDefault="00A87D6C" w:rsidP="000B75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50B" w:rsidRPr="000B750B" w:rsidRDefault="000B750B" w:rsidP="000B750B">
    <w:pPr>
      <w:pStyle w:val="Zaglavlje"/>
    </w:pPr>
    <w: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Brojevi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Brojevi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Grafikeoznake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Grafikeoznake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Brojevi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Grafikeoznak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0899"/>
    <w:rsid w:val="00034616"/>
    <w:rsid w:val="0006063C"/>
    <w:rsid w:val="000B750B"/>
    <w:rsid w:val="0015074B"/>
    <w:rsid w:val="0029639D"/>
    <w:rsid w:val="00326F90"/>
    <w:rsid w:val="005C4A86"/>
    <w:rsid w:val="007B5663"/>
    <w:rsid w:val="00A87D6C"/>
    <w:rsid w:val="00AA1D8D"/>
    <w:rsid w:val="00B06C52"/>
    <w:rsid w:val="00B47730"/>
    <w:rsid w:val="00CB0664"/>
    <w:rsid w:val="00D05B0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0D209F"/>
  <w14:defaultImageDpi w14:val="300"/>
  <w15:docId w15:val="{9E0CDAA0-B99D-41BA-A8B9-D3D5E206E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Times New Roman" w:hAnsi="Times New Roman"/>
      <w:sz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618BF"/>
  </w:style>
  <w:style w:type="paragraph" w:styleId="Podnoje">
    <w:name w:val="footer"/>
    <w:basedOn w:val="Normal"/>
    <w:link w:val="Podnoje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618BF"/>
  </w:style>
  <w:style w:type="paragraph" w:styleId="Bezproreda">
    <w:name w:val="No Spacing"/>
    <w:uiPriority w:val="1"/>
    <w:qFormat/>
    <w:rsid w:val="00FC693F"/>
    <w:pPr>
      <w:spacing w:after="0" w:line="240" w:lineRule="auto"/>
    </w:pPr>
  </w:style>
  <w:style w:type="character" w:customStyle="1" w:styleId="Naslov1Char">
    <w:name w:val="Naslov 1 Char"/>
    <w:basedOn w:val="Zadanifontodlomka"/>
    <w:link w:val="Naslov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slov2Char">
    <w:name w:val="Naslov 2 Char"/>
    <w:basedOn w:val="Zadanifontodlomka"/>
    <w:link w:val="Naslov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">
    <w:name w:val="Title"/>
    <w:basedOn w:val="Normal"/>
    <w:next w:val="Normal"/>
    <w:link w:val="Naslo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slovChar">
    <w:name w:val="Naslov Char"/>
    <w:basedOn w:val="Zadanifontodlomka"/>
    <w:link w:val="Naslo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lomakpopis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ijeloteksta">
    <w:name w:val="Body Text"/>
    <w:basedOn w:val="Normal"/>
    <w:link w:val="TijelotekstaChar"/>
    <w:uiPriority w:val="99"/>
    <w:unhideWhenUsed/>
    <w:rsid w:val="00AA1D8D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rsid w:val="00AA1D8D"/>
  </w:style>
  <w:style w:type="paragraph" w:styleId="Tijeloteksta2">
    <w:name w:val="Body Text 2"/>
    <w:basedOn w:val="Normal"/>
    <w:link w:val="Tijeloteksta2Char"/>
    <w:uiPriority w:val="99"/>
    <w:unhideWhenUsed/>
    <w:rsid w:val="00AA1D8D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uiPriority w:val="99"/>
    <w:rsid w:val="00AA1D8D"/>
  </w:style>
  <w:style w:type="paragraph" w:styleId="Tijeloteksta3">
    <w:name w:val="Body Text 3"/>
    <w:basedOn w:val="Normal"/>
    <w:link w:val="Tijeloteksta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ijeloteksta3Char">
    <w:name w:val="Tijelo teksta 3 Char"/>
    <w:basedOn w:val="Zadanifontodlomka"/>
    <w:link w:val="Tijeloteksta3"/>
    <w:uiPriority w:val="99"/>
    <w:rsid w:val="00AA1D8D"/>
    <w:rPr>
      <w:sz w:val="16"/>
      <w:szCs w:val="16"/>
    </w:rPr>
  </w:style>
  <w:style w:type="paragraph" w:styleId="Popis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Popis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Popis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Grafikeoznake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Grafikeoznake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Grafikeoznake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Brojevi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Brojevi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Brojevi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Nastavakpopis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Nastavakpopis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Nastavakpopis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kstmakronaredbe">
    <w:name w:val="macro"/>
    <w:link w:val="Tekstmakronaredb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onaredbeChar">
    <w:name w:val="Tekst makronaredbe Char"/>
    <w:basedOn w:val="Zadanifontodlomka"/>
    <w:link w:val="Tekstmakronaredbe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har"/>
    <w:uiPriority w:val="29"/>
    <w:qFormat/>
    <w:rsid w:val="00FC693F"/>
    <w:rPr>
      <w:i/>
      <w:iCs/>
      <w:color w:val="000000" w:themeColor="text1"/>
    </w:rPr>
  </w:style>
  <w:style w:type="character" w:customStyle="1" w:styleId="CitatChar">
    <w:name w:val="Citat Char"/>
    <w:basedOn w:val="Zadanifontodlomka"/>
    <w:link w:val="Citat"/>
    <w:uiPriority w:val="29"/>
    <w:rsid w:val="00FC693F"/>
    <w:rPr>
      <w:i/>
      <w:iCs/>
      <w:color w:val="000000" w:themeColor="text1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Naglaeno">
    <w:name w:val="Strong"/>
    <w:basedOn w:val="Zadanifontodlomka"/>
    <w:uiPriority w:val="22"/>
    <w:qFormat/>
    <w:rsid w:val="00FC693F"/>
    <w:rPr>
      <w:b/>
      <w:bCs/>
    </w:rPr>
  </w:style>
  <w:style w:type="character" w:styleId="Istaknuto">
    <w:name w:val="Emphasis"/>
    <w:basedOn w:val="Zadanifontodlomka"/>
    <w:uiPriority w:val="20"/>
    <w:qFormat/>
    <w:rsid w:val="00FC693F"/>
    <w:rPr>
      <w:i/>
      <w:iCs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C693F"/>
    <w:rPr>
      <w:b/>
      <w:bCs/>
      <w:i/>
      <w:iCs/>
      <w:color w:val="4F81BD" w:themeColor="accent1"/>
    </w:rPr>
  </w:style>
  <w:style w:type="character" w:styleId="Neupadljivoisticanje">
    <w:name w:val="Subtle Emphasis"/>
    <w:basedOn w:val="Zadanifontodlomka"/>
    <w:uiPriority w:val="19"/>
    <w:qFormat/>
    <w:rsid w:val="00FC693F"/>
    <w:rPr>
      <w:i/>
      <w:iCs/>
      <w:color w:val="808080" w:themeColor="text1" w:themeTint="7F"/>
    </w:rPr>
  </w:style>
  <w:style w:type="character" w:styleId="Jakoisticanje">
    <w:name w:val="Intense Emphasis"/>
    <w:basedOn w:val="Zadanifontodlomka"/>
    <w:uiPriority w:val="21"/>
    <w:qFormat/>
    <w:rsid w:val="00FC693F"/>
    <w:rPr>
      <w:b/>
      <w:bCs/>
      <w:i/>
      <w:iCs/>
      <w:color w:val="4F81BD" w:themeColor="accent1"/>
    </w:rPr>
  </w:style>
  <w:style w:type="character" w:styleId="Neupadljivareferenca">
    <w:name w:val="Subtle Reference"/>
    <w:basedOn w:val="Zadanifontodlomka"/>
    <w:uiPriority w:val="31"/>
    <w:qFormat/>
    <w:rsid w:val="00FC693F"/>
    <w:rPr>
      <w:smallCaps/>
      <w:color w:val="C0504D" w:themeColor="accent2"/>
      <w:u w:val="single"/>
    </w:rPr>
  </w:style>
  <w:style w:type="character" w:styleId="Istaknutareferenca">
    <w:name w:val="Intense Reference"/>
    <w:basedOn w:val="Zadanifontodlomk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aslovknjige">
    <w:name w:val="Book Title"/>
    <w:basedOn w:val="Zadanifontodlomka"/>
    <w:uiPriority w:val="33"/>
    <w:qFormat/>
    <w:rsid w:val="00FC693F"/>
    <w:rPr>
      <w:b/>
      <w:bCs/>
      <w:smallCaps/>
      <w:spacing w:val="5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FC693F"/>
    <w:pPr>
      <w:outlineLvl w:val="9"/>
    </w:pPr>
  </w:style>
  <w:style w:type="table" w:styleId="Reetkatablice">
    <w:name w:val="Table Grid"/>
    <w:basedOn w:val="Obinatablic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ijetlosjenanje">
    <w:name w:val="Light Shading"/>
    <w:basedOn w:val="Obinatablic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ijetlipopis">
    <w:name w:val="Light List"/>
    <w:basedOn w:val="Obinatablic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ijetlipopis-Isticanje1">
    <w:name w:val="Light List Accent 1"/>
    <w:basedOn w:val="Obinatablic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ijetlipopis-Isticanje2">
    <w:name w:val="Light List Accent 2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ijetlipopis-Isticanje3">
    <w:name w:val="Light List Accent 3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ijetlipopis-Isticanje4">
    <w:name w:val="Light List Accent 4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ijetlipopis-Isticanje5">
    <w:name w:val="Light List Accent 5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rednjipopis-Isticanje6">
    <w:name w:val="Light List Accent 6"/>
    <w:basedOn w:val="Obinatablic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ijetlareetka">
    <w:name w:val="Light Grid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ijetlareetka-Isticanje1">
    <w:name w:val="Light Grid Accent 1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ijetlareetka-Isticanje2">
    <w:name w:val="Light Grid Accent 2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ijetlareetka-Isticanje3">
    <w:name w:val="Light Grid Accent 3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ijetlareetka-Isticanje4">
    <w:name w:val="Light Grid Accent 4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ijetlareetka-Isticanje5">
    <w:name w:val="Light Grid Accent 5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rednjareetka-Isticanje6">
    <w:name w:val="Light Grid Accent 6"/>
    <w:basedOn w:val="Obinatablic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rednjesjenanje1">
    <w:name w:val="Medium Shading 1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ipopis1">
    <w:name w:val="Medium List 1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areetka1">
    <w:name w:val="Medium Grid 1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amnipopis">
    <w:name w:val="Dark List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Obojanosjenanje">
    <w:name w:val="Colorful Shading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ipopis">
    <w:name w:val="Colorful List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areetka">
    <w:name w:val="Colorful Grid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E0AF62A-B04B-4CEF-B6E2-07E1AB178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2103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4</cp:revision>
  <dcterms:created xsi:type="dcterms:W3CDTF">2013-12-23T23:15:00Z</dcterms:created>
  <dcterms:modified xsi:type="dcterms:W3CDTF">2025-07-10T11:31:00Z</dcterms:modified>
  <cp:category/>
</cp:coreProperties>
</file>