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B3796" w14:textId="77777777" w:rsidR="00AC0A10" w:rsidRDefault="00000000" w:rsidP="00BA10ED">
      <w:pPr>
        <w:jc w:val="center"/>
        <w:rPr>
          <w:rFonts w:hint="eastAsia"/>
          <w:b/>
          <w:sz w:val="24"/>
          <w:szCs w:val="24"/>
          <w:lang w:val="hr-BA"/>
        </w:rPr>
      </w:pPr>
      <w:r w:rsidRPr="00BA10ED">
        <w:rPr>
          <w:b/>
          <w:sz w:val="24"/>
          <w:szCs w:val="24"/>
          <w:lang w:val="hr-BA"/>
        </w:rPr>
        <w:t>OBRAZAC ZA PODNOŠENJE KAZNENE PRIJAVE</w:t>
      </w:r>
    </w:p>
    <w:p w14:paraId="1BDA8C90" w14:textId="77777777" w:rsidR="00BA10ED" w:rsidRPr="00BA10ED" w:rsidRDefault="00BA10ED" w:rsidP="00BA10ED">
      <w:pPr>
        <w:jc w:val="center"/>
        <w:rPr>
          <w:rFonts w:hint="eastAsia"/>
          <w:sz w:val="24"/>
          <w:szCs w:val="24"/>
          <w:lang w:val="hr-BA"/>
        </w:rPr>
      </w:pPr>
    </w:p>
    <w:p w14:paraId="0AC067B0" w14:textId="77777777" w:rsidR="00AC0A10" w:rsidRPr="00BA10ED" w:rsidRDefault="00000000" w:rsidP="00BA10ED">
      <w:pPr>
        <w:jc w:val="both"/>
        <w:rPr>
          <w:rFonts w:hint="eastAsia"/>
          <w:sz w:val="24"/>
          <w:szCs w:val="24"/>
          <w:lang w:val="hr-BA"/>
        </w:rPr>
      </w:pPr>
      <w:r w:rsidRPr="00BA10ED">
        <w:rPr>
          <w:sz w:val="24"/>
          <w:szCs w:val="24"/>
          <w:lang w:val="hr-BA"/>
        </w:rPr>
        <w:t>Obrazac je pomoć pri sastavljanju prijave; njegova uporaba nije obvezna.</w:t>
      </w:r>
    </w:p>
    <w:p w14:paraId="12567786" w14:textId="77777777" w:rsidR="00AC0A10" w:rsidRPr="00BA10ED" w:rsidRDefault="00000000" w:rsidP="00BA10ED">
      <w:pPr>
        <w:spacing w:before="220"/>
        <w:jc w:val="both"/>
        <w:rPr>
          <w:rFonts w:hint="eastAsia"/>
          <w:sz w:val="24"/>
          <w:szCs w:val="24"/>
          <w:lang w:val="hr-BA"/>
        </w:rPr>
      </w:pPr>
      <w:r w:rsidRPr="00BA10ED">
        <w:rPr>
          <w:b/>
          <w:color w:val="193650"/>
          <w:sz w:val="24"/>
          <w:szCs w:val="24"/>
          <w:lang w:val="hr-BA"/>
        </w:rPr>
        <w:t>I. PODACI O PODNOSITELJU PRIJAVE</w:t>
      </w:r>
    </w:p>
    <w:p w14:paraId="1A340615" w14:textId="77777777" w:rsidR="00AC0A10" w:rsidRPr="00BA10ED" w:rsidRDefault="00000000" w:rsidP="00BA10ED">
      <w:pPr>
        <w:jc w:val="both"/>
        <w:rPr>
          <w:rFonts w:hint="eastAsia"/>
          <w:sz w:val="24"/>
          <w:szCs w:val="24"/>
          <w:lang w:val="hr-BA"/>
        </w:rPr>
      </w:pPr>
      <w:r w:rsidRPr="00BA10ED">
        <w:rPr>
          <w:sz w:val="24"/>
          <w:szCs w:val="24"/>
          <w:lang w:val="hr-BA"/>
        </w:rPr>
        <w:t>☐ Fizička osoba     ☐ Pravna osoba / institucija</w:t>
      </w:r>
    </w:p>
    <w:p w14:paraId="58DA0228" w14:textId="77777777" w:rsidR="00AC0A10" w:rsidRPr="00BA10ED" w:rsidRDefault="00000000" w:rsidP="00BA10ED">
      <w:pPr>
        <w:jc w:val="both"/>
        <w:rPr>
          <w:rFonts w:hint="eastAsia"/>
          <w:sz w:val="24"/>
          <w:szCs w:val="24"/>
          <w:lang w:val="hr-BA"/>
        </w:rPr>
      </w:pPr>
      <w:r w:rsidRPr="00BA10ED">
        <w:rPr>
          <w:b/>
          <w:sz w:val="24"/>
          <w:szCs w:val="24"/>
          <w:lang w:val="hr-BA"/>
        </w:rPr>
        <w:t>Ime i prezime / naziv pravne osobe:</w:t>
      </w:r>
    </w:p>
    <w:p w14:paraId="3E91B104" w14:textId="614AD3E0"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________________________________________________________</w:t>
      </w:r>
      <w:r w:rsidR="00BA10ED">
        <w:rPr>
          <w:sz w:val="24"/>
          <w:szCs w:val="24"/>
          <w:lang w:val="hr-BA"/>
        </w:rPr>
        <w:t>_</w:t>
      </w:r>
      <w:r w:rsidRPr="00BA10ED">
        <w:rPr>
          <w:sz w:val="24"/>
          <w:szCs w:val="24"/>
          <w:lang w:val="hr-BA"/>
        </w:rPr>
        <w:t>________________________</w:t>
      </w:r>
    </w:p>
    <w:p w14:paraId="7640C349" w14:textId="77777777" w:rsidR="00AC0A10" w:rsidRPr="00BA10ED" w:rsidRDefault="00000000" w:rsidP="00BA10ED">
      <w:pPr>
        <w:jc w:val="both"/>
        <w:rPr>
          <w:rFonts w:hint="eastAsia"/>
          <w:sz w:val="24"/>
          <w:szCs w:val="24"/>
          <w:lang w:val="hr-BA"/>
        </w:rPr>
      </w:pPr>
      <w:r w:rsidRPr="00BA10ED">
        <w:rPr>
          <w:b/>
          <w:sz w:val="24"/>
          <w:szCs w:val="24"/>
          <w:lang w:val="hr-BA"/>
        </w:rPr>
        <w:t>Adresa prebivališta / sjedišta:</w:t>
      </w:r>
    </w:p>
    <w:p w14:paraId="2D90C9BF" w14:textId="0EAF22B4"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_________________________________________________________</w:t>
      </w:r>
      <w:r w:rsidR="00BA10ED">
        <w:rPr>
          <w:sz w:val="24"/>
          <w:szCs w:val="24"/>
          <w:lang w:val="hr-BA"/>
        </w:rPr>
        <w:t>_</w:t>
      </w:r>
      <w:r w:rsidRPr="00BA10ED">
        <w:rPr>
          <w:sz w:val="24"/>
          <w:szCs w:val="24"/>
          <w:lang w:val="hr-BA"/>
        </w:rPr>
        <w:t>_______________________</w:t>
      </w:r>
    </w:p>
    <w:p w14:paraId="2698728A" w14:textId="77777777" w:rsidR="00AC0A10" w:rsidRPr="00BA10ED" w:rsidRDefault="00000000" w:rsidP="00BA10ED">
      <w:pPr>
        <w:jc w:val="both"/>
        <w:rPr>
          <w:rFonts w:hint="eastAsia"/>
          <w:sz w:val="24"/>
          <w:szCs w:val="24"/>
          <w:lang w:val="hr-BA"/>
        </w:rPr>
      </w:pPr>
      <w:r w:rsidRPr="00BA10ED">
        <w:rPr>
          <w:b/>
          <w:sz w:val="24"/>
          <w:szCs w:val="24"/>
          <w:lang w:val="hr-BA"/>
        </w:rPr>
        <w:t>Kontakt telefon i/ili e-mail (ako podnositelj želi navesti):</w:t>
      </w:r>
    </w:p>
    <w:p w14:paraId="416EDCEB" w14:textId="6FD2FD33"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__________________________________________________________</w:t>
      </w:r>
      <w:r w:rsidR="00BA10ED">
        <w:rPr>
          <w:sz w:val="24"/>
          <w:szCs w:val="24"/>
          <w:lang w:val="hr-BA"/>
        </w:rPr>
        <w:t>_</w:t>
      </w:r>
      <w:r w:rsidRPr="00BA10ED">
        <w:rPr>
          <w:sz w:val="24"/>
          <w:szCs w:val="24"/>
          <w:lang w:val="hr-BA"/>
        </w:rPr>
        <w:t>______________________</w:t>
      </w:r>
    </w:p>
    <w:p w14:paraId="551DF378" w14:textId="07851760" w:rsidR="00AC0A10" w:rsidRPr="00BA10ED" w:rsidRDefault="00000000" w:rsidP="00BA10ED">
      <w:pPr>
        <w:jc w:val="both"/>
        <w:rPr>
          <w:rFonts w:hint="eastAsia"/>
          <w:sz w:val="24"/>
          <w:szCs w:val="24"/>
          <w:lang w:val="hr-BA"/>
        </w:rPr>
      </w:pPr>
      <w:r w:rsidRPr="00BA10ED">
        <w:rPr>
          <w:sz w:val="24"/>
          <w:szCs w:val="24"/>
          <w:lang w:val="hr-BA"/>
        </w:rPr>
        <w:t>Za pravnu osobu: ime i funkcija osobe koja podnosi prijavu: __________</w:t>
      </w:r>
      <w:r w:rsidR="00BA10ED">
        <w:rPr>
          <w:sz w:val="24"/>
          <w:szCs w:val="24"/>
          <w:lang w:val="hr-BA"/>
        </w:rPr>
        <w:t>__</w:t>
      </w:r>
      <w:r w:rsidRPr="00BA10ED">
        <w:rPr>
          <w:sz w:val="24"/>
          <w:szCs w:val="24"/>
          <w:lang w:val="hr-BA"/>
        </w:rPr>
        <w:t>____________________</w:t>
      </w:r>
    </w:p>
    <w:p w14:paraId="79122319" w14:textId="77777777" w:rsidR="00AC0A10" w:rsidRPr="00BA10ED" w:rsidRDefault="00000000" w:rsidP="00BA10ED">
      <w:pPr>
        <w:spacing w:before="220"/>
        <w:jc w:val="both"/>
        <w:rPr>
          <w:rFonts w:hint="eastAsia"/>
          <w:sz w:val="24"/>
          <w:szCs w:val="24"/>
          <w:lang w:val="hr-BA"/>
        </w:rPr>
      </w:pPr>
      <w:r w:rsidRPr="00BA10ED">
        <w:rPr>
          <w:b/>
          <w:color w:val="193650"/>
          <w:sz w:val="24"/>
          <w:szCs w:val="24"/>
          <w:lang w:val="hr-BA"/>
        </w:rPr>
        <w:t>II. PODACI O PRIJAVLJENOJ OSOBI</w:t>
      </w:r>
    </w:p>
    <w:p w14:paraId="47D9747C" w14:textId="77777777" w:rsidR="00AC0A10" w:rsidRPr="00BA10ED" w:rsidRDefault="00000000" w:rsidP="00BA10ED">
      <w:pPr>
        <w:jc w:val="both"/>
        <w:rPr>
          <w:rFonts w:hint="eastAsia"/>
          <w:sz w:val="24"/>
          <w:szCs w:val="24"/>
          <w:lang w:val="hr-BA"/>
        </w:rPr>
      </w:pPr>
      <w:r w:rsidRPr="00BA10ED">
        <w:rPr>
          <w:b/>
          <w:sz w:val="24"/>
          <w:szCs w:val="24"/>
          <w:lang w:val="hr-BA"/>
        </w:rPr>
        <w:t>Ime i prezime / naziv, adresa ili drugi poznati podaci:</w:t>
      </w:r>
    </w:p>
    <w:p w14:paraId="7C56A35E" w14:textId="17DE5F85"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_____________________________________________________________</w:t>
      </w:r>
      <w:r w:rsidR="00BA10ED">
        <w:rPr>
          <w:sz w:val="24"/>
          <w:szCs w:val="24"/>
          <w:lang w:val="hr-BA"/>
        </w:rPr>
        <w:t>_</w:t>
      </w:r>
      <w:r w:rsidRPr="00BA10ED">
        <w:rPr>
          <w:sz w:val="24"/>
          <w:szCs w:val="24"/>
          <w:lang w:val="hr-BA"/>
        </w:rPr>
        <w:t>___________________</w:t>
      </w:r>
    </w:p>
    <w:p w14:paraId="22C643B0" w14:textId="77777777" w:rsidR="00AC0A10" w:rsidRPr="00BA10ED" w:rsidRDefault="00000000" w:rsidP="00BA10ED">
      <w:pPr>
        <w:jc w:val="both"/>
        <w:rPr>
          <w:rFonts w:hint="eastAsia"/>
          <w:sz w:val="24"/>
          <w:szCs w:val="24"/>
          <w:lang w:val="hr-BA"/>
        </w:rPr>
      </w:pPr>
      <w:r w:rsidRPr="00BA10ED">
        <w:rPr>
          <w:sz w:val="24"/>
          <w:szCs w:val="24"/>
          <w:lang w:val="hr-BA"/>
        </w:rPr>
        <w:t>☐ Počinitelj nije poznat (NN). Podaci o prijavljenoj osobi nisu uvjet za podnošenje prijave.</w:t>
      </w:r>
    </w:p>
    <w:p w14:paraId="2B1F7834" w14:textId="77777777" w:rsidR="00AC0A10" w:rsidRPr="00BA10ED" w:rsidRDefault="00000000" w:rsidP="00BA10ED">
      <w:pPr>
        <w:spacing w:before="220"/>
        <w:jc w:val="both"/>
        <w:rPr>
          <w:rFonts w:hint="eastAsia"/>
          <w:sz w:val="24"/>
          <w:szCs w:val="24"/>
          <w:lang w:val="hr-BA"/>
        </w:rPr>
      </w:pPr>
      <w:r w:rsidRPr="00BA10ED">
        <w:rPr>
          <w:b/>
          <w:color w:val="193650"/>
          <w:sz w:val="24"/>
          <w:szCs w:val="24"/>
          <w:lang w:val="hr-BA"/>
        </w:rPr>
        <w:t>III. OPIS DOGAĐAJA</w:t>
      </w:r>
    </w:p>
    <w:p w14:paraId="71531E62" w14:textId="77777777" w:rsidR="00AC0A10" w:rsidRPr="00BA10ED" w:rsidRDefault="00000000" w:rsidP="00BA10ED">
      <w:pPr>
        <w:jc w:val="both"/>
        <w:rPr>
          <w:rFonts w:hint="eastAsia"/>
          <w:sz w:val="24"/>
          <w:szCs w:val="24"/>
          <w:lang w:val="hr-BA"/>
        </w:rPr>
      </w:pPr>
      <w:r w:rsidRPr="00BA10ED">
        <w:rPr>
          <w:b/>
          <w:sz w:val="24"/>
          <w:szCs w:val="24"/>
          <w:lang w:val="hr-BA"/>
        </w:rPr>
        <w:t>Datum ili razdoblje događaja (ako je poznato):</w:t>
      </w:r>
    </w:p>
    <w:p w14:paraId="1CC177FC" w14:textId="2B9ACF4E"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____________________________________________________</w:t>
      </w:r>
      <w:r w:rsidR="00695377">
        <w:rPr>
          <w:sz w:val="24"/>
          <w:szCs w:val="24"/>
          <w:lang w:val="hr-BA"/>
        </w:rPr>
        <w:t>_</w:t>
      </w:r>
      <w:r w:rsidRPr="00BA10ED">
        <w:rPr>
          <w:sz w:val="24"/>
          <w:szCs w:val="24"/>
          <w:lang w:val="hr-BA"/>
        </w:rPr>
        <w:t>____________________________</w:t>
      </w:r>
    </w:p>
    <w:p w14:paraId="4524C50E" w14:textId="77777777" w:rsidR="00AC0A10" w:rsidRPr="00BA10ED" w:rsidRDefault="00000000" w:rsidP="00BA10ED">
      <w:pPr>
        <w:jc w:val="both"/>
        <w:rPr>
          <w:rFonts w:hint="eastAsia"/>
          <w:sz w:val="24"/>
          <w:szCs w:val="24"/>
          <w:lang w:val="hr-BA"/>
        </w:rPr>
      </w:pPr>
      <w:r w:rsidRPr="00BA10ED">
        <w:rPr>
          <w:b/>
          <w:sz w:val="24"/>
          <w:szCs w:val="24"/>
          <w:lang w:val="hr-BA"/>
        </w:rPr>
        <w:t>Mjesto događaja (ako je poznato):</w:t>
      </w:r>
    </w:p>
    <w:p w14:paraId="2EA88101" w14:textId="6D0FABF0"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_____________________________________________________</w:t>
      </w:r>
      <w:r w:rsidR="00695377">
        <w:rPr>
          <w:sz w:val="24"/>
          <w:szCs w:val="24"/>
          <w:lang w:val="hr-BA"/>
        </w:rPr>
        <w:t>_</w:t>
      </w:r>
      <w:r w:rsidRPr="00BA10ED">
        <w:rPr>
          <w:sz w:val="24"/>
          <w:szCs w:val="24"/>
          <w:lang w:val="hr-BA"/>
        </w:rPr>
        <w:t>___________________________</w:t>
      </w:r>
    </w:p>
    <w:p w14:paraId="1169D1D1" w14:textId="77777777" w:rsidR="00AC0A10" w:rsidRPr="00BA10ED" w:rsidRDefault="00000000" w:rsidP="00BA10ED">
      <w:pPr>
        <w:jc w:val="both"/>
        <w:rPr>
          <w:rFonts w:hint="eastAsia"/>
          <w:sz w:val="24"/>
          <w:szCs w:val="24"/>
          <w:lang w:val="hr-BA"/>
        </w:rPr>
      </w:pPr>
      <w:r w:rsidRPr="00BA10ED">
        <w:rPr>
          <w:b/>
          <w:sz w:val="24"/>
          <w:szCs w:val="24"/>
          <w:lang w:val="hr-BA"/>
        </w:rPr>
        <w:t>Opis događaja (što se dogodilo, tko je sudjelovao, kako ste za događaj saznali i koje su posljedice):</w:t>
      </w:r>
    </w:p>
    <w:p w14:paraId="23A2F939" w14:textId="54CE06D8"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w:t>
      </w:r>
      <w:r w:rsidR="00695377">
        <w:rPr>
          <w:sz w:val="24"/>
          <w:szCs w:val="24"/>
          <w:lang w:val="hr-BA"/>
        </w:rPr>
        <w:t>_</w:t>
      </w:r>
      <w:r w:rsidRPr="00BA10ED">
        <w:rPr>
          <w:sz w:val="24"/>
          <w:szCs w:val="24"/>
          <w:lang w:val="hr-BA"/>
        </w:rPr>
        <w:t>__________________________________</w:t>
      </w:r>
    </w:p>
    <w:p w14:paraId="3E3FBF52" w14:textId="7EE95C90"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w:t>
      </w:r>
      <w:r w:rsidR="00695377">
        <w:rPr>
          <w:sz w:val="24"/>
          <w:szCs w:val="24"/>
          <w:lang w:val="hr-BA"/>
        </w:rPr>
        <w:t>_</w:t>
      </w:r>
      <w:r w:rsidRPr="00BA10ED">
        <w:rPr>
          <w:sz w:val="24"/>
          <w:szCs w:val="24"/>
          <w:lang w:val="hr-BA"/>
        </w:rPr>
        <w:t>_________________________________</w:t>
      </w:r>
    </w:p>
    <w:p w14:paraId="2E9B8ECC" w14:textId="5991072F"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w:t>
      </w:r>
      <w:r w:rsidR="00695377">
        <w:rPr>
          <w:sz w:val="24"/>
          <w:szCs w:val="24"/>
          <w:lang w:val="hr-BA"/>
        </w:rPr>
        <w:t>_</w:t>
      </w:r>
      <w:r w:rsidRPr="00BA10ED">
        <w:rPr>
          <w:sz w:val="24"/>
          <w:szCs w:val="24"/>
          <w:lang w:val="hr-BA"/>
        </w:rPr>
        <w:t>________________________________</w:t>
      </w:r>
    </w:p>
    <w:p w14:paraId="20C1F211" w14:textId="2BCD6E1E"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w:t>
      </w:r>
      <w:r w:rsidR="00695377">
        <w:rPr>
          <w:sz w:val="24"/>
          <w:szCs w:val="24"/>
          <w:lang w:val="hr-BA"/>
        </w:rPr>
        <w:t>_</w:t>
      </w:r>
      <w:r w:rsidRPr="00BA10ED">
        <w:rPr>
          <w:sz w:val="24"/>
          <w:szCs w:val="24"/>
          <w:lang w:val="hr-BA"/>
        </w:rPr>
        <w:t>_______________________________</w:t>
      </w:r>
    </w:p>
    <w:p w14:paraId="4B70345E" w14:textId="030638CA"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w:t>
      </w:r>
      <w:r w:rsidR="00695377">
        <w:rPr>
          <w:sz w:val="24"/>
          <w:szCs w:val="24"/>
          <w:lang w:val="hr-BA"/>
        </w:rPr>
        <w:t>_</w:t>
      </w:r>
      <w:r w:rsidRPr="00BA10ED">
        <w:rPr>
          <w:sz w:val="24"/>
          <w:szCs w:val="24"/>
          <w:lang w:val="hr-BA"/>
        </w:rPr>
        <w:t>______________________________</w:t>
      </w:r>
    </w:p>
    <w:p w14:paraId="2A95CAD9" w14:textId="20BD403A" w:rsidR="00AC0A10" w:rsidRPr="00BA10ED" w:rsidRDefault="00000000" w:rsidP="00BA10ED">
      <w:pPr>
        <w:jc w:val="both"/>
        <w:rPr>
          <w:rFonts w:hint="eastAsia"/>
          <w:sz w:val="24"/>
          <w:szCs w:val="24"/>
          <w:lang w:val="hr-BA"/>
        </w:rPr>
      </w:pPr>
      <w:r w:rsidRPr="00BA10ED">
        <w:rPr>
          <w:sz w:val="24"/>
          <w:szCs w:val="24"/>
          <w:lang w:val="hr-BA"/>
        </w:rPr>
        <w:t>___________________________________________________</w:t>
      </w:r>
      <w:r w:rsidR="00695377">
        <w:rPr>
          <w:sz w:val="24"/>
          <w:szCs w:val="24"/>
          <w:lang w:val="hr-BA"/>
        </w:rPr>
        <w:t>_</w:t>
      </w:r>
      <w:r w:rsidRPr="00BA10ED">
        <w:rPr>
          <w:sz w:val="24"/>
          <w:szCs w:val="24"/>
          <w:lang w:val="hr-BA"/>
        </w:rPr>
        <w:t>_____________________________</w:t>
      </w:r>
    </w:p>
    <w:p w14:paraId="4F93B25C" w14:textId="77777777" w:rsidR="00AC0A10" w:rsidRPr="00BA10ED" w:rsidRDefault="00000000" w:rsidP="00BA10ED">
      <w:pPr>
        <w:jc w:val="both"/>
        <w:rPr>
          <w:rFonts w:hint="eastAsia"/>
          <w:sz w:val="24"/>
          <w:szCs w:val="24"/>
          <w:lang w:val="hr-BA"/>
        </w:rPr>
      </w:pPr>
      <w:r w:rsidRPr="00BA10ED">
        <w:rPr>
          <w:sz w:val="24"/>
          <w:szCs w:val="24"/>
          <w:lang w:val="hr-BA"/>
        </w:rPr>
        <w:t>Nije potrebno navesti zakonski naziv kaznenog djela ni članak zakona.</w:t>
      </w:r>
    </w:p>
    <w:p w14:paraId="4E3FB8E2" w14:textId="77777777" w:rsidR="00695377" w:rsidRDefault="00695377" w:rsidP="00BA10ED">
      <w:pPr>
        <w:spacing w:before="220"/>
        <w:jc w:val="both"/>
        <w:rPr>
          <w:rFonts w:hint="eastAsia"/>
          <w:b/>
          <w:color w:val="193650"/>
          <w:sz w:val="24"/>
          <w:szCs w:val="24"/>
          <w:lang w:val="hr-BA"/>
        </w:rPr>
      </w:pPr>
    </w:p>
    <w:p w14:paraId="702E50DB" w14:textId="1755B64F" w:rsidR="00AC0A10" w:rsidRPr="00BA10ED" w:rsidRDefault="00000000" w:rsidP="00BA10ED">
      <w:pPr>
        <w:spacing w:before="220"/>
        <w:jc w:val="both"/>
        <w:rPr>
          <w:rFonts w:hint="eastAsia"/>
          <w:sz w:val="24"/>
          <w:szCs w:val="24"/>
          <w:lang w:val="hr-BA"/>
        </w:rPr>
      </w:pPr>
      <w:r w:rsidRPr="00BA10ED">
        <w:rPr>
          <w:b/>
          <w:color w:val="193650"/>
          <w:sz w:val="24"/>
          <w:szCs w:val="24"/>
          <w:lang w:val="hr-BA"/>
        </w:rPr>
        <w:lastRenderedPageBreak/>
        <w:t>IV. SVJEDOCI I RASPOLOŽIVI DOKAZI</w:t>
      </w:r>
    </w:p>
    <w:p w14:paraId="3BE0CECE" w14:textId="77777777" w:rsidR="00AC0A10" w:rsidRPr="00BA10ED" w:rsidRDefault="00000000" w:rsidP="00BA10ED">
      <w:pPr>
        <w:jc w:val="both"/>
        <w:rPr>
          <w:rFonts w:hint="eastAsia"/>
          <w:sz w:val="24"/>
          <w:szCs w:val="24"/>
          <w:lang w:val="hr-BA"/>
        </w:rPr>
      </w:pPr>
      <w:r w:rsidRPr="00BA10ED">
        <w:rPr>
          <w:b/>
          <w:sz w:val="24"/>
          <w:szCs w:val="24"/>
          <w:lang w:val="hr-BA"/>
        </w:rPr>
        <w:t>Osobe koje imaju saznanja o događaju i njihovi kontakti (ako su poznati):</w:t>
      </w:r>
    </w:p>
    <w:p w14:paraId="3A6A8862" w14:textId="7DA49B2D" w:rsidR="00AC0A10" w:rsidRPr="00BA10ED" w:rsidRDefault="00000000" w:rsidP="00BA10ED">
      <w:pPr>
        <w:jc w:val="both"/>
        <w:rPr>
          <w:rFonts w:hint="eastAsia"/>
          <w:sz w:val="24"/>
          <w:szCs w:val="24"/>
          <w:lang w:val="hr-BA"/>
        </w:rPr>
      </w:pPr>
      <w:r w:rsidRPr="00BA10ED">
        <w:rPr>
          <w:sz w:val="24"/>
          <w:szCs w:val="24"/>
          <w:lang w:val="hr-BA"/>
        </w:rPr>
        <w:t>___________________________</w:t>
      </w:r>
      <w:r w:rsidR="00695377">
        <w:rPr>
          <w:sz w:val="24"/>
          <w:szCs w:val="24"/>
          <w:lang w:val="hr-BA"/>
        </w:rPr>
        <w:t>_</w:t>
      </w:r>
      <w:r w:rsidRPr="00BA10ED">
        <w:rPr>
          <w:sz w:val="24"/>
          <w:szCs w:val="24"/>
          <w:lang w:val="hr-BA"/>
        </w:rPr>
        <w:t>_____________________________________________________</w:t>
      </w:r>
    </w:p>
    <w:p w14:paraId="23FEDF63" w14:textId="393251B9" w:rsidR="00AC0A10" w:rsidRPr="00BA10ED" w:rsidRDefault="00000000" w:rsidP="00BA10ED">
      <w:pPr>
        <w:jc w:val="both"/>
        <w:rPr>
          <w:rFonts w:hint="eastAsia"/>
          <w:sz w:val="24"/>
          <w:szCs w:val="24"/>
          <w:lang w:val="hr-BA"/>
        </w:rPr>
      </w:pPr>
      <w:r w:rsidRPr="00BA10ED">
        <w:rPr>
          <w:sz w:val="24"/>
          <w:szCs w:val="24"/>
          <w:lang w:val="hr-BA"/>
        </w:rPr>
        <w:t>____________________________</w:t>
      </w:r>
      <w:r w:rsidR="00695377">
        <w:rPr>
          <w:sz w:val="24"/>
          <w:szCs w:val="24"/>
          <w:lang w:val="hr-BA"/>
        </w:rPr>
        <w:t>_</w:t>
      </w:r>
      <w:r w:rsidRPr="00BA10ED">
        <w:rPr>
          <w:sz w:val="24"/>
          <w:szCs w:val="24"/>
          <w:lang w:val="hr-BA"/>
        </w:rPr>
        <w:t>____________________________________________________</w:t>
      </w:r>
    </w:p>
    <w:p w14:paraId="03CC8CE5" w14:textId="77777777" w:rsidR="00AC0A10" w:rsidRPr="00BA10ED" w:rsidRDefault="00000000" w:rsidP="00BA10ED">
      <w:pPr>
        <w:jc w:val="both"/>
        <w:rPr>
          <w:rFonts w:hint="eastAsia"/>
          <w:sz w:val="24"/>
          <w:szCs w:val="24"/>
          <w:lang w:val="hr-BA"/>
        </w:rPr>
      </w:pPr>
      <w:r w:rsidRPr="00BA10ED">
        <w:rPr>
          <w:b/>
          <w:sz w:val="24"/>
          <w:szCs w:val="24"/>
          <w:lang w:val="hr-BA"/>
        </w:rPr>
        <w:t>Dokumenti, poruke, fotografije, snimke ili drugi raspoloživi dokazi (navesti priloge):</w:t>
      </w:r>
    </w:p>
    <w:p w14:paraId="5945DBF2" w14:textId="5A75FACD" w:rsidR="00AC0A10" w:rsidRPr="00BA10ED" w:rsidRDefault="00000000" w:rsidP="00BA10ED">
      <w:pPr>
        <w:jc w:val="both"/>
        <w:rPr>
          <w:rFonts w:hint="eastAsia"/>
          <w:sz w:val="24"/>
          <w:szCs w:val="24"/>
          <w:lang w:val="hr-BA"/>
        </w:rPr>
      </w:pPr>
      <w:r w:rsidRPr="00BA10ED">
        <w:rPr>
          <w:sz w:val="24"/>
          <w:szCs w:val="24"/>
          <w:lang w:val="hr-BA"/>
        </w:rPr>
        <w:t>______________________</w:t>
      </w:r>
      <w:r w:rsidR="00695377">
        <w:rPr>
          <w:sz w:val="24"/>
          <w:szCs w:val="24"/>
          <w:lang w:val="hr-BA"/>
        </w:rPr>
        <w:t>_</w:t>
      </w:r>
      <w:r w:rsidRPr="00BA10ED">
        <w:rPr>
          <w:sz w:val="24"/>
          <w:szCs w:val="24"/>
          <w:lang w:val="hr-BA"/>
        </w:rPr>
        <w:t>__________________________________________________________</w:t>
      </w:r>
    </w:p>
    <w:p w14:paraId="6813B9F0" w14:textId="7B236715" w:rsidR="00AC0A10" w:rsidRPr="00BA10ED" w:rsidRDefault="00000000" w:rsidP="00BA10ED">
      <w:pPr>
        <w:jc w:val="both"/>
        <w:rPr>
          <w:rFonts w:hint="eastAsia"/>
          <w:sz w:val="24"/>
          <w:szCs w:val="24"/>
          <w:lang w:val="hr-BA"/>
        </w:rPr>
      </w:pPr>
      <w:r w:rsidRPr="00BA10ED">
        <w:rPr>
          <w:sz w:val="24"/>
          <w:szCs w:val="24"/>
          <w:lang w:val="hr-BA"/>
        </w:rPr>
        <w:t>_______________________</w:t>
      </w:r>
      <w:r w:rsidR="00695377">
        <w:rPr>
          <w:sz w:val="24"/>
          <w:szCs w:val="24"/>
          <w:lang w:val="hr-BA"/>
        </w:rPr>
        <w:t>_</w:t>
      </w:r>
      <w:r w:rsidRPr="00BA10ED">
        <w:rPr>
          <w:sz w:val="24"/>
          <w:szCs w:val="24"/>
          <w:lang w:val="hr-BA"/>
        </w:rPr>
        <w:t>_________________________________________________________</w:t>
      </w:r>
    </w:p>
    <w:p w14:paraId="57D12306" w14:textId="77777777" w:rsidR="00AC0A10" w:rsidRPr="00BA10ED" w:rsidRDefault="00000000" w:rsidP="00BA10ED">
      <w:pPr>
        <w:jc w:val="both"/>
        <w:rPr>
          <w:rFonts w:hint="eastAsia"/>
          <w:sz w:val="24"/>
          <w:szCs w:val="24"/>
          <w:lang w:val="hr-BA"/>
        </w:rPr>
      </w:pPr>
      <w:r w:rsidRPr="00BA10ED">
        <w:rPr>
          <w:sz w:val="24"/>
          <w:szCs w:val="24"/>
          <w:lang w:val="hr-BA"/>
        </w:rPr>
        <w:t>Prijava se može podnijeti i kada podnositelj nema dokaze u svojem posjedu.</w:t>
      </w:r>
    </w:p>
    <w:p w14:paraId="0D397A2B" w14:textId="77777777" w:rsidR="00AC0A10" w:rsidRPr="00BA10ED" w:rsidRDefault="00000000" w:rsidP="00BA10ED">
      <w:pPr>
        <w:spacing w:before="220"/>
        <w:jc w:val="both"/>
        <w:rPr>
          <w:rFonts w:hint="eastAsia"/>
          <w:sz w:val="24"/>
          <w:szCs w:val="24"/>
          <w:lang w:val="hr-BA"/>
        </w:rPr>
      </w:pPr>
      <w:r w:rsidRPr="00BA10ED">
        <w:rPr>
          <w:b/>
          <w:color w:val="193650"/>
          <w:sz w:val="24"/>
          <w:szCs w:val="24"/>
          <w:lang w:val="hr-BA"/>
        </w:rPr>
        <w:t>V. PRETHODNO PRIJAVLJIVANJE</w:t>
      </w:r>
    </w:p>
    <w:p w14:paraId="7110870E" w14:textId="77777777" w:rsidR="00AC0A10" w:rsidRPr="00BA10ED" w:rsidRDefault="00000000" w:rsidP="00BA10ED">
      <w:pPr>
        <w:jc w:val="both"/>
        <w:rPr>
          <w:rFonts w:hint="eastAsia"/>
          <w:sz w:val="24"/>
          <w:szCs w:val="24"/>
          <w:lang w:val="hr-BA"/>
        </w:rPr>
      </w:pPr>
      <w:r w:rsidRPr="00BA10ED">
        <w:rPr>
          <w:sz w:val="24"/>
          <w:szCs w:val="24"/>
          <w:lang w:val="hr-BA"/>
        </w:rPr>
        <w:t>Je li isti događaj ranije prijavljen policiji, tužiteljstvu ili drugom tijelu?   ☐ Da   ☐ Ne   ☐ Ne znam</w:t>
      </w:r>
    </w:p>
    <w:p w14:paraId="221A1036" w14:textId="77777777" w:rsidR="00AC0A10" w:rsidRPr="00BA10ED" w:rsidRDefault="00000000" w:rsidP="00BA10ED">
      <w:pPr>
        <w:jc w:val="both"/>
        <w:rPr>
          <w:rFonts w:hint="eastAsia"/>
          <w:sz w:val="24"/>
          <w:szCs w:val="24"/>
          <w:lang w:val="hr-BA"/>
        </w:rPr>
      </w:pPr>
      <w:r w:rsidRPr="00BA10ED">
        <w:rPr>
          <w:b/>
          <w:sz w:val="24"/>
          <w:szCs w:val="24"/>
          <w:lang w:val="hr-BA"/>
        </w:rPr>
        <w:t>Ako jest, kojem tijelu, kada i pod kojim brojem (ako je poznato):</w:t>
      </w:r>
    </w:p>
    <w:p w14:paraId="5CEC9F4A" w14:textId="4C372889" w:rsidR="00AC0A10" w:rsidRPr="00BA10ED" w:rsidRDefault="00000000" w:rsidP="00BA10ED">
      <w:pPr>
        <w:jc w:val="both"/>
        <w:rPr>
          <w:rFonts w:hint="eastAsia"/>
          <w:sz w:val="24"/>
          <w:szCs w:val="24"/>
          <w:lang w:val="hr-BA"/>
        </w:rPr>
      </w:pPr>
      <w:r w:rsidRPr="00BA10ED">
        <w:rPr>
          <w:sz w:val="24"/>
          <w:szCs w:val="24"/>
          <w:lang w:val="hr-BA"/>
        </w:rPr>
        <w:t>______________________</w:t>
      </w:r>
      <w:r w:rsidR="00695377">
        <w:rPr>
          <w:sz w:val="24"/>
          <w:szCs w:val="24"/>
          <w:lang w:val="hr-BA"/>
        </w:rPr>
        <w:t>_</w:t>
      </w:r>
      <w:r w:rsidRPr="00BA10ED">
        <w:rPr>
          <w:sz w:val="24"/>
          <w:szCs w:val="24"/>
          <w:lang w:val="hr-BA"/>
        </w:rPr>
        <w:t>__________________________________________________________</w:t>
      </w:r>
    </w:p>
    <w:p w14:paraId="7CA7B225" w14:textId="77777777" w:rsidR="00AC0A10" w:rsidRPr="00BA10ED" w:rsidRDefault="00000000" w:rsidP="00BA10ED">
      <w:pPr>
        <w:spacing w:before="220"/>
        <w:jc w:val="both"/>
        <w:rPr>
          <w:rFonts w:hint="eastAsia"/>
          <w:sz w:val="24"/>
          <w:szCs w:val="24"/>
          <w:lang w:val="hr-BA"/>
        </w:rPr>
      </w:pPr>
      <w:r w:rsidRPr="00BA10ED">
        <w:rPr>
          <w:b/>
          <w:color w:val="193650"/>
          <w:sz w:val="24"/>
          <w:szCs w:val="24"/>
          <w:lang w:val="hr-BA"/>
        </w:rPr>
        <w:t>VI. UPOZORENJE I INFORMACIJE ZA PODNOSITELJA</w:t>
      </w:r>
    </w:p>
    <w:p w14:paraId="486A3498" w14:textId="77777777" w:rsidR="00AC0A10" w:rsidRPr="00BA10ED" w:rsidRDefault="00000000" w:rsidP="00BA10ED">
      <w:pPr>
        <w:jc w:val="both"/>
        <w:rPr>
          <w:rFonts w:hint="eastAsia"/>
          <w:sz w:val="24"/>
          <w:szCs w:val="24"/>
          <w:lang w:val="hr-BA"/>
        </w:rPr>
      </w:pPr>
      <w:r w:rsidRPr="00BA10ED">
        <w:rPr>
          <w:sz w:val="24"/>
          <w:szCs w:val="24"/>
          <w:lang w:val="hr-BA"/>
        </w:rPr>
        <w:t>Prema članku 229. ZKP-a FBiH, građanin ima pravo prijaviti počinjenje kaznenog djela, a u zakonom propisanim slučajevima prijavljivanje je obvezno.</w:t>
      </w:r>
    </w:p>
    <w:p w14:paraId="2D708E80" w14:textId="77777777" w:rsidR="00AC0A10" w:rsidRPr="00BA10ED" w:rsidRDefault="00000000" w:rsidP="00BA10ED">
      <w:pPr>
        <w:jc w:val="both"/>
        <w:rPr>
          <w:rFonts w:hint="eastAsia"/>
          <w:sz w:val="24"/>
          <w:szCs w:val="24"/>
          <w:lang w:val="hr-BA"/>
        </w:rPr>
      </w:pPr>
      <w:r w:rsidRPr="00BA10ED">
        <w:rPr>
          <w:sz w:val="24"/>
          <w:szCs w:val="24"/>
          <w:lang w:val="hr-BA"/>
        </w:rPr>
        <w:t>Prema članku 230. ZKP-a FBiH, prijava se podnosi tužitelju pisano ili usmeno. O usmenoj prijavi sastavlja se zapisnik, a osoba koja je podnosi upozorava se na posljedice lažnog prijavljivanja. Ako je prijava priopćena telefonom, sastavlja se službena zabilješka.</w:t>
      </w:r>
    </w:p>
    <w:p w14:paraId="521791D3" w14:textId="77777777" w:rsidR="00AC0A10" w:rsidRPr="00BA10ED" w:rsidRDefault="00000000" w:rsidP="00BA10ED">
      <w:pPr>
        <w:jc w:val="both"/>
        <w:rPr>
          <w:rFonts w:hint="eastAsia"/>
          <w:sz w:val="24"/>
          <w:szCs w:val="24"/>
          <w:lang w:val="hr-BA"/>
        </w:rPr>
      </w:pPr>
      <w:r w:rsidRPr="00BA10ED">
        <w:rPr>
          <w:b/>
          <w:sz w:val="24"/>
          <w:szCs w:val="24"/>
          <w:lang w:val="hr-BA"/>
        </w:rPr>
        <w:t>UPOZORENJE: Svjesno lažno prijavljivanje kaznenog djela ili određene osobe može predstavljati kazneno djelo prema Kaznenom zakonu FBiH. Sama okolnost da se sumnja ne potvrdi ili da istraga ne bude pokrenuta ne znači da je prijava bila lažna.</w:t>
      </w:r>
    </w:p>
    <w:p w14:paraId="6D4236DF" w14:textId="77777777" w:rsidR="00AC0A10" w:rsidRPr="00BA10ED" w:rsidRDefault="00000000" w:rsidP="00BA10ED">
      <w:pPr>
        <w:jc w:val="both"/>
        <w:rPr>
          <w:rFonts w:hint="eastAsia"/>
          <w:sz w:val="24"/>
          <w:szCs w:val="24"/>
          <w:lang w:val="hr-BA"/>
        </w:rPr>
      </w:pPr>
      <w:r w:rsidRPr="00BA10ED">
        <w:rPr>
          <w:sz w:val="24"/>
          <w:szCs w:val="24"/>
          <w:lang w:val="hr-BA"/>
        </w:rPr>
        <w:t>☐ Pročitao/la sam navedeno upozorenje (neobvezna potvrda; nije uvjet za zaprimanje prijave).</w:t>
      </w:r>
    </w:p>
    <w:p w14:paraId="631DE1D4" w14:textId="56728A72" w:rsidR="004E3520" w:rsidRDefault="00000000" w:rsidP="004E3520">
      <w:pPr>
        <w:spacing w:before="220" w:line="480" w:lineRule="auto"/>
        <w:jc w:val="both"/>
        <w:rPr>
          <w:sz w:val="24"/>
          <w:szCs w:val="24"/>
          <w:lang w:val="hr-BA"/>
        </w:rPr>
      </w:pPr>
      <w:r w:rsidRPr="00BA10ED">
        <w:rPr>
          <w:b/>
          <w:color w:val="193650"/>
          <w:sz w:val="24"/>
          <w:szCs w:val="24"/>
          <w:lang w:val="hr-BA"/>
        </w:rPr>
        <w:t>VII. MJESTO, DATUM I POTPIS</w:t>
      </w:r>
    </w:p>
    <w:p w14:paraId="5E5AA4D6" w14:textId="0B85021C" w:rsidR="004E3520" w:rsidRDefault="00000000" w:rsidP="004E3520">
      <w:pPr>
        <w:spacing w:line="480" w:lineRule="auto"/>
        <w:jc w:val="both"/>
        <w:rPr>
          <w:sz w:val="24"/>
          <w:szCs w:val="24"/>
          <w:lang w:val="hr-BA"/>
        </w:rPr>
      </w:pPr>
      <w:r w:rsidRPr="00BA10ED">
        <w:rPr>
          <w:sz w:val="24"/>
          <w:szCs w:val="24"/>
          <w:lang w:val="hr-BA"/>
        </w:rPr>
        <w:t>Mjesto: _______________________    Datum: _______________________</w:t>
      </w:r>
    </w:p>
    <w:p w14:paraId="2817030B" w14:textId="5BE42058" w:rsidR="0037237E" w:rsidRDefault="00000000" w:rsidP="005344F6">
      <w:pPr>
        <w:spacing w:line="480" w:lineRule="auto"/>
        <w:jc w:val="both"/>
        <w:rPr>
          <w:sz w:val="24"/>
          <w:szCs w:val="24"/>
          <w:lang w:val="hr-BA"/>
        </w:rPr>
      </w:pPr>
      <w:r w:rsidRPr="00BA10ED">
        <w:rPr>
          <w:sz w:val="24"/>
          <w:szCs w:val="24"/>
          <w:lang w:val="hr-BA"/>
        </w:rPr>
        <w:t>Potpis podnositelja: __________________________________________</w:t>
      </w:r>
    </w:p>
    <w:p w14:paraId="101FBFDB" w14:textId="77777777" w:rsidR="005344F6" w:rsidRDefault="005344F6" w:rsidP="005344F6">
      <w:pPr>
        <w:spacing w:line="480" w:lineRule="auto"/>
        <w:jc w:val="both"/>
        <w:rPr>
          <w:rFonts w:hint="eastAsia"/>
          <w:sz w:val="24"/>
          <w:szCs w:val="24"/>
          <w:lang w:val="hr-BA"/>
        </w:rPr>
      </w:pPr>
    </w:p>
    <w:p w14:paraId="0D7A9DF5" w14:textId="793CAF1E" w:rsidR="00AC0A10" w:rsidRPr="00BA10ED" w:rsidRDefault="00000000" w:rsidP="00BA10ED">
      <w:pPr>
        <w:jc w:val="both"/>
        <w:rPr>
          <w:rFonts w:hint="eastAsia"/>
          <w:sz w:val="24"/>
          <w:szCs w:val="24"/>
          <w:lang w:val="hr-BA"/>
        </w:rPr>
      </w:pPr>
      <w:r w:rsidRPr="00BA10ED">
        <w:rPr>
          <w:sz w:val="24"/>
          <w:szCs w:val="24"/>
          <w:lang w:val="hr-BA"/>
        </w:rPr>
        <w:t>NAPOMENA: Obrazac se može dopuniti dodatnim listovima i prilozima. Prijave se zaprimaju i bez uporabe ovog obrasca. U slučaju neposredne opasnosti potrebno je obavijestiti policiju.</w:t>
      </w:r>
    </w:p>
    <w:sectPr w:rsidR="00AC0A10" w:rsidRPr="00BA10ED" w:rsidSect="00034616">
      <w:headerReference w:type="even" r:id="rId8"/>
      <w:headerReference w:type="default" r:id="rId9"/>
      <w:footerReference w:type="even" r:id="rId10"/>
      <w:footerReference w:type="default" r:id="rId11"/>
      <w:headerReference w:type="first" r:id="rId12"/>
      <w:footerReference w:type="first" r:id="rId13"/>
      <w:pgSz w:w="12240" w:h="15840"/>
      <w:pgMar w:top="1020" w:right="1247" w:bottom="96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FE087" w14:textId="77777777" w:rsidR="005F4A5D" w:rsidRDefault="005F4A5D">
      <w:pPr>
        <w:spacing w:after="0" w:line="240" w:lineRule="auto"/>
        <w:rPr>
          <w:rFonts w:hint="eastAsia"/>
        </w:rPr>
      </w:pPr>
      <w:r>
        <w:separator/>
      </w:r>
    </w:p>
  </w:endnote>
  <w:endnote w:type="continuationSeparator" w:id="0">
    <w:p w14:paraId="00FB768D" w14:textId="77777777" w:rsidR="005F4A5D" w:rsidRDefault="005F4A5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58AF0" w14:textId="77777777" w:rsidR="002874A9" w:rsidRDefault="002874A9">
    <w:pPr>
      <w:pStyle w:val="Podnoje"/>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58418" w14:textId="3776A11E" w:rsidR="00AC0A10" w:rsidRDefault="00000000">
    <w:pPr>
      <w:pStyle w:val="Podnoje"/>
      <w:jc w:val="center"/>
      <w:rPr>
        <w:rFonts w:hint="eastAsia"/>
      </w:rPr>
    </w:pPr>
    <w:proofErr w:type="spellStart"/>
    <w:r>
      <w:rPr>
        <w:sz w:val="16"/>
      </w:rPr>
      <w:t>Kantonalno</w:t>
    </w:r>
    <w:proofErr w:type="spellEnd"/>
    <w:r>
      <w:rPr>
        <w:sz w:val="16"/>
      </w:rPr>
      <w:t xml:space="preserve"> </w:t>
    </w:r>
    <w:proofErr w:type="spellStart"/>
    <w:r>
      <w:rPr>
        <w:sz w:val="16"/>
      </w:rPr>
      <w:t>tužiteljstvo</w:t>
    </w:r>
    <w:proofErr w:type="spellEnd"/>
    <w:r>
      <w:rPr>
        <w:sz w:val="16"/>
      </w:rPr>
      <w:t xml:space="preserve"> </w:t>
    </w:r>
    <w:proofErr w:type="spellStart"/>
    <w:r>
      <w:rPr>
        <w:sz w:val="16"/>
      </w:rPr>
      <w:t>Kantona</w:t>
    </w:r>
    <w:proofErr w:type="spellEnd"/>
    <w:r>
      <w:rPr>
        <w:sz w:val="16"/>
      </w:rPr>
      <w:t xml:space="preserve"> 10 </w:t>
    </w:r>
    <w:proofErr w:type="gramStart"/>
    <w:r>
      <w:rPr>
        <w:sz w:val="16"/>
      </w:rPr>
      <w:t>Livn</w:t>
    </w:r>
    <w:r w:rsidR="008842DD">
      <w:rPr>
        <w:sz w:val="16"/>
      </w:rPr>
      <w:t>o</w:t>
    </w:r>
    <w:r>
      <w:rPr>
        <w:sz w:val="16"/>
      </w:rPr>
      <w:t xml:space="preserve">  •</w:t>
    </w:r>
    <w:proofErr w:type="gramEnd"/>
    <w:r>
      <w:rPr>
        <w:sz w:val="16"/>
      </w:rPr>
      <w:t xml:space="preserve">  </w:t>
    </w:r>
    <w:proofErr w:type="spellStart"/>
    <w:r w:rsidR="00FA19EB">
      <w:rPr>
        <w:sz w:val="16"/>
      </w:rPr>
      <w:t>Obrasci</w:t>
    </w:r>
    <w:proofErr w:type="spellEnd"/>
    <w:r w:rsidR="00FA19EB">
      <w:rPr>
        <w:sz w:val="16"/>
      </w:rPr>
      <w:t xml:space="preserve"> za </w:t>
    </w:r>
    <w:proofErr w:type="spellStart"/>
    <w:r w:rsidR="00FA19EB">
      <w:rPr>
        <w:sz w:val="16"/>
      </w:rPr>
      <w:t>građane</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6CA55" w14:textId="77777777" w:rsidR="002874A9" w:rsidRDefault="002874A9">
    <w:pPr>
      <w:pStyle w:val="Podnoje"/>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72742" w14:textId="77777777" w:rsidR="005F4A5D" w:rsidRDefault="005F4A5D">
      <w:pPr>
        <w:spacing w:after="0" w:line="240" w:lineRule="auto"/>
        <w:rPr>
          <w:rFonts w:hint="eastAsia"/>
        </w:rPr>
      </w:pPr>
      <w:r>
        <w:separator/>
      </w:r>
    </w:p>
  </w:footnote>
  <w:footnote w:type="continuationSeparator" w:id="0">
    <w:p w14:paraId="62B806E6" w14:textId="77777777" w:rsidR="005F4A5D" w:rsidRDefault="005F4A5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C68F" w14:textId="77777777" w:rsidR="002874A9" w:rsidRDefault="002874A9">
    <w:pPr>
      <w:pStyle w:val="Zaglavlje"/>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433AC" w14:textId="77777777" w:rsidR="002874A9" w:rsidRDefault="002874A9">
    <w:pPr>
      <w:pStyle w:val="Zaglavlje"/>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4ED58" w14:textId="77777777" w:rsidR="002874A9" w:rsidRDefault="002874A9">
    <w:pPr>
      <w:pStyle w:val="Zaglavlje"/>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Brojevi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Brojevi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Grafikeoznake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Grafikeoznake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Brojevi"/>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Grafikeoznake"/>
      <w:lvlText w:val=""/>
      <w:lvlJc w:val="left"/>
      <w:pPr>
        <w:tabs>
          <w:tab w:val="num" w:pos="360"/>
        </w:tabs>
        <w:ind w:left="360" w:hanging="360"/>
      </w:pPr>
      <w:rPr>
        <w:rFonts w:ascii="Symbol" w:hAnsi="Symbol" w:hint="default"/>
      </w:rPr>
    </w:lvl>
  </w:abstractNum>
  <w:num w:numId="1" w16cid:durableId="1579365392">
    <w:abstractNumId w:val="8"/>
  </w:num>
  <w:num w:numId="2" w16cid:durableId="1766458493">
    <w:abstractNumId w:val="6"/>
  </w:num>
  <w:num w:numId="3" w16cid:durableId="614677250">
    <w:abstractNumId w:val="5"/>
  </w:num>
  <w:num w:numId="4" w16cid:durableId="1157108493">
    <w:abstractNumId w:val="4"/>
  </w:num>
  <w:num w:numId="5" w16cid:durableId="890001978">
    <w:abstractNumId w:val="7"/>
  </w:num>
  <w:num w:numId="6" w16cid:durableId="194271661">
    <w:abstractNumId w:val="3"/>
  </w:num>
  <w:num w:numId="7" w16cid:durableId="502547862">
    <w:abstractNumId w:val="2"/>
  </w:num>
  <w:num w:numId="8" w16cid:durableId="2103990930">
    <w:abstractNumId w:val="1"/>
  </w:num>
  <w:num w:numId="9" w16cid:durableId="2118676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874A9"/>
    <w:rsid w:val="0029639D"/>
    <w:rsid w:val="00326F90"/>
    <w:rsid w:val="0037237E"/>
    <w:rsid w:val="004E3520"/>
    <w:rsid w:val="004F76DF"/>
    <w:rsid w:val="005344F6"/>
    <w:rsid w:val="005F4A5D"/>
    <w:rsid w:val="00695377"/>
    <w:rsid w:val="006E071B"/>
    <w:rsid w:val="0070493E"/>
    <w:rsid w:val="00727524"/>
    <w:rsid w:val="00841A5D"/>
    <w:rsid w:val="008842DD"/>
    <w:rsid w:val="00936203"/>
    <w:rsid w:val="00A13709"/>
    <w:rsid w:val="00A15606"/>
    <w:rsid w:val="00A46E77"/>
    <w:rsid w:val="00AA1D8D"/>
    <w:rsid w:val="00AC0A10"/>
    <w:rsid w:val="00B0549A"/>
    <w:rsid w:val="00B07668"/>
    <w:rsid w:val="00B47730"/>
    <w:rsid w:val="00BA10ED"/>
    <w:rsid w:val="00CB0664"/>
    <w:rsid w:val="00FA19E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5ED745"/>
  <w14:defaultImageDpi w14:val="300"/>
  <w15:docId w15:val="{D613A192-102D-4916-B81B-53746F5D1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0"/>
    </w:rPr>
  </w:style>
  <w:style w:type="paragraph" w:styleId="Naslov1">
    <w:name w:val="heading 1"/>
    <w:basedOn w:val="Normal"/>
    <w:next w:val="Normal"/>
    <w:link w:val="Naslov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ormal"/>
    <w:next w:val="Normal"/>
    <w:link w:val="Naslov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slov6">
    <w:name w:val="heading 6"/>
    <w:basedOn w:val="Normal"/>
    <w:next w:val="Normal"/>
    <w:link w:val="Naslov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slov7">
    <w:name w:val="heading 7"/>
    <w:basedOn w:val="Normal"/>
    <w:next w:val="Normal"/>
    <w:link w:val="Naslov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slov8">
    <w:name w:val="heading 8"/>
    <w:basedOn w:val="Normal"/>
    <w:next w:val="Normal"/>
    <w:link w:val="Naslov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slov9">
    <w:name w:val="heading 9"/>
    <w:basedOn w:val="Normal"/>
    <w:next w:val="Normal"/>
    <w:link w:val="Naslov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E618BF"/>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E618BF"/>
  </w:style>
  <w:style w:type="paragraph" w:styleId="Podnoje">
    <w:name w:val="footer"/>
    <w:basedOn w:val="Normal"/>
    <w:link w:val="PodnojeChar"/>
    <w:uiPriority w:val="99"/>
    <w:unhideWhenUsed/>
    <w:rsid w:val="00E618BF"/>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E618BF"/>
  </w:style>
  <w:style w:type="paragraph" w:styleId="Bezproreda">
    <w:name w:val="No Spacing"/>
    <w:uiPriority w:val="1"/>
    <w:qFormat/>
    <w:rsid w:val="00FC693F"/>
    <w:pPr>
      <w:spacing w:after="0" w:line="240" w:lineRule="auto"/>
    </w:pPr>
  </w:style>
  <w:style w:type="character" w:customStyle="1" w:styleId="Naslov1Char">
    <w:name w:val="Naslov 1 Char"/>
    <w:basedOn w:val="Zadanifontodlomka"/>
    <w:link w:val="Naslov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slov2Char">
    <w:name w:val="Naslov 2 Char"/>
    <w:basedOn w:val="Zadanifontodlomka"/>
    <w:link w:val="Naslov2"/>
    <w:uiPriority w:val="9"/>
    <w:rsid w:val="00FC693F"/>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FC693F"/>
    <w:rPr>
      <w:rFonts w:asciiTheme="majorHAnsi" w:eastAsiaTheme="majorEastAsia" w:hAnsiTheme="majorHAnsi" w:cstheme="majorBidi"/>
      <w:b/>
      <w:bCs/>
      <w:color w:val="4F81BD" w:themeColor="accent1"/>
    </w:rPr>
  </w:style>
  <w:style w:type="paragraph" w:styleId="Naslov">
    <w:name w:val="Title"/>
    <w:basedOn w:val="Normal"/>
    <w:next w:val="Normal"/>
    <w:link w:val="Naslov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aslovChar">
    <w:name w:val="Naslov Char"/>
    <w:basedOn w:val="Zadanifontodlomka"/>
    <w:link w:val="Nasl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naslov">
    <w:name w:val="Subtitle"/>
    <w:basedOn w:val="Normal"/>
    <w:next w:val="Normal"/>
    <w:link w:val="Podnaslov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naslovChar">
    <w:name w:val="Podnaslov Char"/>
    <w:basedOn w:val="Zadanifontodlomka"/>
    <w:link w:val="Podnaslov"/>
    <w:uiPriority w:val="11"/>
    <w:rsid w:val="00FC693F"/>
    <w:rPr>
      <w:rFonts w:asciiTheme="majorHAnsi" w:eastAsiaTheme="majorEastAsia" w:hAnsiTheme="majorHAnsi" w:cstheme="majorBidi"/>
      <w:i/>
      <w:iCs/>
      <w:color w:val="4F81BD" w:themeColor="accent1"/>
      <w:spacing w:val="15"/>
      <w:sz w:val="24"/>
      <w:szCs w:val="24"/>
    </w:rPr>
  </w:style>
  <w:style w:type="paragraph" w:styleId="Odlomakpopisa">
    <w:name w:val="List Paragraph"/>
    <w:basedOn w:val="Normal"/>
    <w:uiPriority w:val="34"/>
    <w:qFormat/>
    <w:rsid w:val="00FC693F"/>
    <w:pPr>
      <w:ind w:left="720"/>
      <w:contextualSpacing/>
    </w:pPr>
  </w:style>
  <w:style w:type="paragraph" w:styleId="Tijeloteksta">
    <w:name w:val="Body Text"/>
    <w:basedOn w:val="Normal"/>
    <w:link w:val="TijelotekstaChar"/>
    <w:uiPriority w:val="99"/>
    <w:unhideWhenUsed/>
    <w:rsid w:val="00AA1D8D"/>
    <w:pPr>
      <w:spacing w:after="120"/>
    </w:pPr>
  </w:style>
  <w:style w:type="character" w:customStyle="1" w:styleId="TijelotekstaChar">
    <w:name w:val="Tijelo teksta Char"/>
    <w:basedOn w:val="Zadanifontodlomka"/>
    <w:link w:val="Tijeloteksta"/>
    <w:uiPriority w:val="99"/>
    <w:rsid w:val="00AA1D8D"/>
  </w:style>
  <w:style w:type="paragraph" w:styleId="Tijeloteksta2">
    <w:name w:val="Body Text 2"/>
    <w:basedOn w:val="Normal"/>
    <w:link w:val="Tijeloteksta2Char"/>
    <w:uiPriority w:val="99"/>
    <w:unhideWhenUsed/>
    <w:rsid w:val="00AA1D8D"/>
    <w:pPr>
      <w:spacing w:after="120" w:line="480" w:lineRule="auto"/>
    </w:pPr>
  </w:style>
  <w:style w:type="character" w:customStyle="1" w:styleId="Tijeloteksta2Char">
    <w:name w:val="Tijelo teksta 2 Char"/>
    <w:basedOn w:val="Zadanifontodlomka"/>
    <w:link w:val="Tijeloteksta2"/>
    <w:uiPriority w:val="99"/>
    <w:rsid w:val="00AA1D8D"/>
  </w:style>
  <w:style w:type="paragraph" w:styleId="Tijeloteksta3">
    <w:name w:val="Body Text 3"/>
    <w:basedOn w:val="Normal"/>
    <w:link w:val="Tijeloteksta3Char"/>
    <w:uiPriority w:val="99"/>
    <w:unhideWhenUsed/>
    <w:rsid w:val="00AA1D8D"/>
    <w:pPr>
      <w:spacing w:after="120"/>
    </w:pPr>
    <w:rPr>
      <w:sz w:val="16"/>
      <w:szCs w:val="16"/>
    </w:rPr>
  </w:style>
  <w:style w:type="character" w:customStyle="1" w:styleId="Tijeloteksta3Char">
    <w:name w:val="Tijelo teksta 3 Char"/>
    <w:basedOn w:val="Zadanifontodlomka"/>
    <w:link w:val="Tijeloteksta3"/>
    <w:uiPriority w:val="99"/>
    <w:rsid w:val="00AA1D8D"/>
    <w:rPr>
      <w:sz w:val="16"/>
      <w:szCs w:val="16"/>
    </w:rPr>
  </w:style>
  <w:style w:type="paragraph" w:styleId="Popis">
    <w:name w:val="List"/>
    <w:basedOn w:val="Normal"/>
    <w:uiPriority w:val="99"/>
    <w:unhideWhenUsed/>
    <w:rsid w:val="00AA1D8D"/>
    <w:pPr>
      <w:ind w:left="360" w:hanging="360"/>
      <w:contextualSpacing/>
    </w:pPr>
  </w:style>
  <w:style w:type="paragraph" w:styleId="Popis2">
    <w:name w:val="List 2"/>
    <w:basedOn w:val="Normal"/>
    <w:uiPriority w:val="99"/>
    <w:unhideWhenUsed/>
    <w:rsid w:val="00326F90"/>
    <w:pPr>
      <w:ind w:left="720" w:hanging="360"/>
      <w:contextualSpacing/>
    </w:pPr>
  </w:style>
  <w:style w:type="paragraph" w:styleId="Popis3">
    <w:name w:val="List 3"/>
    <w:basedOn w:val="Normal"/>
    <w:uiPriority w:val="99"/>
    <w:unhideWhenUsed/>
    <w:rsid w:val="00326F90"/>
    <w:pPr>
      <w:ind w:left="1080" w:hanging="360"/>
      <w:contextualSpacing/>
    </w:pPr>
  </w:style>
  <w:style w:type="paragraph" w:styleId="Grafikeoznake">
    <w:name w:val="List Bullet"/>
    <w:basedOn w:val="Normal"/>
    <w:uiPriority w:val="99"/>
    <w:unhideWhenUsed/>
    <w:rsid w:val="00326F90"/>
    <w:pPr>
      <w:numPr>
        <w:numId w:val="1"/>
      </w:numPr>
      <w:contextualSpacing/>
    </w:pPr>
  </w:style>
  <w:style w:type="paragraph" w:styleId="Grafikeoznake2">
    <w:name w:val="List Bullet 2"/>
    <w:basedOn w:val="Normal"/>
    <w:uiPriority w:val="99"/>
    <w:unhideWhenUsed/>
    <w:rsid w:val="00326F90"/>
    <w:pPr>
      <w:numPr>
        <w:numId w:val="2"/>
      </w:numPr>
      <w:contextualSpacing/>
    </w:pPr>
  </w:style>
  <w:style w:type="paragraph" w:styleId="Grafikeoznake3">
    <w:name w:val="List Bullet 3"/>
    <w:basedOn w:val="Normal"/>
    <w:uiPriority w:val="99"/>
    <w:unhideWhenUsed/>
    <w:rsid w:val="00326F90"/>
    <w:pPr>
      <w:numPr>
        <w:numId w:val="3"/>
      </w:numPr>
      <w:contextualSpacing/>
    </w:pPr>
  </w:style>
  <w:style w:type="paragraph" w:styleId="Brojevi">
    <w:name w:val="List Number"/>
    <w:basedOn w:val="Normal"/>
    <w:uiPriority w:val="99"/>
    <w:unhideWhenUsed/>
    <w:rsid w:val="00326F90"/>
    <w:pPr>
      <w:numPr>
        <w:numId w:val="5"/>
      </w:numPr>
      <w:contextualSpacing/>
    </w:pPr>
  </w:style>
  <w:style w:type="paragraph" w:styleId="Brojevi2">
    <w:name w:val="List Number 2"/>
    <w:basedOn w:val="Normal"/>
    <w:uiPriority w:val="99"/>
    <w:unhideWhenUsed/>
    <w:rsid w:val="0029639D"/>
    <w:pPr>
      <w:numPr>
        <w:numId w:val="6"/>
      </w:numPr>
      <w:contextualSpacing/>
    </w:pPr>
  </w:style>
  <w:style w:type="paragraph" w:styleId="Brojevi3">
    <w:name w:val="List Number 3"/>
    <w:basedOn w:val="Normal"/>
    <w:uiPriority w:val="99"/>
    <w:unhideWhenUsed/>
    <w:rsid w:val="0029639D"/>
    <w:pPr>
      <w:numPr>
        <w:numId w:val="7"/>
      </w:numPr>
      <w:contextualSpacing/>
    </w:pPr>
  </w:style>
  <w:style w:type="paragraph" w:styleId="Nastavakpopisa">
    <w:name w:val="List Continue"/>
    <w:basedOn w:val="Normal"/>
    <w:uiPriority w:val="99"/>
    <w:unhideWhenUsed/>
    <w:rsid w:val="0029639D"/>
    <w:pPr>
      <w:spacing w:after="120"/>
      <w:ind w:left="360"/>
      <w:contextualSpacing/>
    </w:pPr>
  </w:style>
  <w:style w:type="paragraph" w:styleId="Nastavakpopisa2">
    <w:name w:val="List Continue 2"/>
    <w:basedOn w:val="Normal"/>
    <w:uiPriority w:val="99"/>
    <w:unhideWhenUsed/>
    <w:rsid w:val="0029639D"/>
    <w:pPr>
      <w:spacing w:after="120"/>
      <w:ind w:left="720"/>
      <w:contextualSpacing/>
    </w:pPr>
  </w:style>
  <w:style w:type="paragraph" w:styleId="Nastavakpopisa3">
    <w:name w:val="List Continue 3"/>
    <w:basedOn w:val="Normal"/>
    <w:uiPriority w:val="99"/>
    <w:unhideWhenUsed/>
    <w:rsid w:val="0029639D"/>
    <w:pPr>
      <w:spacing w:after="120"/>
      <w:ind w:left="1080"/>
      <w:contextualSpacing/>
    </w:pPr>
  </w:style>
  <w:style w:type="paragraph" w:styleId="Tekstmakronaredbe">
    <w:name w:val="macro"/>
    <w:link w:val="Tekstmakronaredbe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onaredbeChar">
    <w:name w:val="Tekst makronaredbe Char"/>
    <w:basedOn w:val="Zadanifontodlomka"/>
    <w:link w:val="Tekstmakronaredbe"/>
    <w:uiPriority w:val="99"/>
    <w:rsid w:val="0029639D"/>
    <w:rPr>
      <w:rFonts w:ascii="Courier" w:hAnsi="Courier"/>
      <w:sz w:val="20"/>
      <w:szCs w:val="20"/>
    </w:rPr>
  </w:style>
  <w:style w:type="paragraph" w:styleId="Citat">
    <w:name w:val="Quote"/>
    <w:basedOn w:val="Normal"/>
    <w:next w:val="Normal"/>
    <w:link w:val="CitatChar"/>
    <w:uiPriority w:val="29"/>
    <w:qFormat/>
    <w:rsid w:val="00FC693F"/>
    <w:rPr>
      <w:i/>
      <w:iCs/>
      <w:color w:val="000000" w:themeColor="text1"/>
    </w:rPr>
  </w:style>
  <w:style w:type="character" w:customStyle="1" w:styleId="CitatChar">
    <w:name w:val="Citat Char"/>
    <w:basedOn w:val="Zadanifontodlomka"/>
    <w:link w:val="Citat"/>
    <w:uiPriority w:val="29"/>
    <w:rsid w:val="00FC693F"/>
    <w:rPr>
      <w:i/>
      <w:iCs/>
      <w:color w:val="000000" w:themeColor="text1"/>
    </w:rPr>
  </w:style>
  <w:style w:type="character" w:customStyle="1" w:styleId="Naslov4Char">
    <w:name w:val="Naslov 4 Char"/>
    <w:basedOn w:val="Zadanifontodlomka"/>
    <w:link w:val="Naslov4"/>
    <w:uiPriority w:val="9"/>
    <w:semiHidden/>
    <w:rsid w:val="00FC693F"/>
    <w:rPr>
      <w:rFonts w:asciiTheme="majorHAnsi" w:eastAsiaTheme="majorEastAsia" w:hAnsiTheme="majorHAnsi" w:cstheme="majorBidi"/>
      <w:b/>
      <w:bCs/>
      <w:i/>
      <w:iCs/>
      <w:color w:val="4F81BD" w:themeColor="accent1"/>
    </w:rPr>
  </w:style>
  <w:style w:type="character" w:customStyle="1" w:styleId="Naslov5Char">
    <w:name w:val="Naslov 5 Char"/>
    <w:basedOn w:val="Zadanifontodlomka"/>
    <w:link w:val="Naslov5"/>
    <w:uiPriority w:val="9"/>
    <w:semiHidden/>
    <w:rsid w:val="00FC693F"/>
    <w:rPr>
      <w:rFonts w:asciiTheme="majorHAnsi" w:eastAsiaTheme="majorEastAsia" w:hAnsiTheme="majorHAnsi" w:cstheme="majorBidi"/>
      <w:color w:val="243F60" w:themeColor="accent1" w:themeShade="7F"/>
    </w:rPr>
  </w:style>
  <w:style w:type="character" w:customStyle="1" w:styleId="Naslov6Char">
    <w:name w:val="Naslov 6 Char"/>
    <w:basedOn w:val="Zadanifontodlomka"/>
    <w:link w:val="Naslov6"/>
    <w:uiPriority w:val="9"/>
    <w:semiHidden/>
    <w:rsid w:val="00FC693F"/>
    <w:rPr>
      <w:rFonts w:asciiTheme="majorHAnsi" w:eastAsiaTheme="majorEastAsia" w:hAnsiTheme="majorHAnsi" w:cstheme="majorBidi"/>
      <w:i/>
      <w:iCs/>
      <w:color w:val="243F60" w:themeColor="accent1" w:themeShade="7F"/>
    </w:rPr>
  </w:style>
  <w:style w:type="character" w:customStyle="1" w:styleId="Naslov7Char">
    <w:name w:val="Naslov 7 Char"/>
    <w:basedOn w:val="Zadanifontodlomka"/>
    <w:link w:val="Naslov7"/>
    <w:uiPriority w:val="9"/>
    <w:semiHidden/>
    <w:rsid w:val="00FC693F"/>
    <w:rPr>
      <w:rFonts w:asciiTheme="majorHAnsi" w:eastAsiaTheme="majorEastAsia" w:hAnsiTheme="majorHAnsi" w:cstheme="majorBidi"/>
      <w:i/>
      <w:iCs/>
      <w:color w:val="404040" w:themeColor="text1" w:themeTint="BF"/>
    </w:rPr>
  </w:style>
  <w:style w:type="character" w:customStyle="1" w:styleId="Naslov8Char">
    <w:name w:val="Naslov 8 Char"/>
    <w:basedOn w:val="Zadanifontodlomka"/>
    <w:link w:val="Naslov8"/>
    <w:uiPriority w:val="9"/>
    <w:semiHidden/>
    <w:rsid w:val="00FC693F"/>
    <w:rPr>
      <w:rFonts w:asciiTheme="majorHAnsi" w:eastAsiaTheme="majorEastAsia" w:hAnsiTheme="majorHAnsi" w:cstheme="majorBidi"/>
      <w:color w:val="4F81BD" w:themeColor="accent1"/>
      <w:sz w:val="20"/>
      <w:szCs w:val="20"/>
    </w:rPr>
  </w:style>
  <w:style w:type="character" w:customStyle="1" w:styleId="Naslov9Char">
    <w:name w:val="Naslov 9 Char"/>
    <w:basedOn w:val="Zadanifontodlomka"/>
    <w:link w:val="Naslov9"/>
    <w:uiPriority w:val="9"/>
    <w:semiHidden/>
    <w:rsid w:val="00FC693F"/>
    <w:rPr>
      <w:rFonts w:asciiTheme="majorHAnsi" w:eastAsiaTheme="majorEastAsia" w:hAnsiTheme="majorHAnsi" w:cstheme="majorBidi"/>
      <w:i/>
      <w:iCs/>
      <w:color w:val="404040" w:themeColor="text1" w:themeTint="BF"/>
      <w:sz w:val="20"/>
      <w:szCs w:val="20"/>
    </w:rPr>
  </w:style>
  <w:style w:type="paragraph" w:styleId="Opisslik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Naglaeno">
    <w:name w:val="Strong"/>
    <w:basedOn w:val="Zadanifontodlomka"/>
    <w:uiPriority w:val="22"/>
    <w:qFormat/>
    <w:rsid w:val="00FC693F"/>
    <w:rPr>
      <w:b/>
      <w:bCs/>
    </w:rPr>
  </w:style>
  <w:style w:type="character" w:styleId="Istaknuto">
    <w:name w:val="Emphasis"/>
    <w:basedOn w:val="Zadanifontodlomka"/>
    <w:uiPriority w:val="20"/>
    <w:qFormat/>
    <w:rsid w:val="00FC693F"/>
    <w:rPr>
      <w:i/>
      <w:iCs/>
    </w:rPr>
  </w:style>
  <w:style w:type="paragraph" w:styleId="Naglaencitat">
    <w:name w:val="Intense Quote"/>
    <w:basedOn w:val="Normal"/>
    <w:next w:val="Normal"/>
    <w:link w:val="Naglaencit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NaglaencitatChar">
    <w:name w:val="Naglašen citat Char"/>
    <w:basedOn w:val="Zadanifontodlomka"/>
    <w:link w:val="Naglaencitat"/>
    <w:uiPriority w:val="30"/>
    <w:rsid w:val="00FC693F"/>
    <w:rPr>
      <w:b/>
      <w:bCs/>
      <w:i/>
      <w:iCs/>
      <w:color w:val="4F81BD" w:themeColor="accent1"/>
    </w:rPr>
  </w:style>
  <w:style w:type="character" w:styleId="Neupadljivoisticanje">
    <w:name w:val="Subtle Emphasis"/>
    <w:basedOn w:val="Zadanifontodlomka"/>
    <w:uiPriority w:val="19"/>
    <w:qFormat/>
    <w:rsid w:val="00FC693F"/>
    <w:rPr>
      <w:i/>
      <w:iCs/>
      <w:color w:val="808080" w:themeColor="text1" w:themeTint="7F"/>
    </w:rPr>
  </w:style>
  <w:style w:type="character" w:styleId="Jakoisticanje">
    <w:name w:val="Intense Emphasis"/>
    <w:basedOn w:val="Zadanifontodlomka"/>
    <w:uiPriority w:val="21"/>
    <w:qFormat/>
    <w:rsid w:val="00FC693F"/>
    <w:rPr>
      <w:b/>
      <w:bCs/>
      <w:i/>
      <w:iCs/>
      <w:color w:val="4F81BD" w:themeColor="accent1"/>
    </w:rPr>
  </w:style>
  <w:style w:type="character" w:styleId="Neupadljivareferenca">
    <w:name w:val="Subtle Reference"/>
    <w:basedOn w:val="Zadanifontodlomka"/>
    <w:uiPriority w:val="31"/>
    <w:qFormat/>
    <w:rsid w:val="00FC693F"/>
    <w:rPr>
      <w:smallCaps/>
      <w:color w:val="C0504D" w:themeColor="accent2"/>
      <w:u w:val="single"/>
    </w:rPr>
  </w:style>
  <w:style w:type="character" w:styleId="Istaknutareferenca">
    <w:name w:val="Intense Reference"/>
    <w:basedOn w:val="Zadanifontodlomka"/>
    <w:uiPriority w:val="32"/>
    <w:qFormat/>
    <w:rsid w:val="00FC693F"/>
    <w:rPr>
      <w:b/>
      <w:bCs/>
      <w:smallCaps/>
      <w:color w:val="C0504D" w:themeColor="accent2"/>
      <w:spacing w:val="5"/>
      <w:u w:val="single"/>
    </w:rPr>
  </w:style>
  <w:style w:type="character" w:styleId="Naslovknjige">
    <w:name w:val="Book Title"/>
    <w:basedOn w:val="Zadanifontodlomka"/>
    <w:uiPriority w:val="33"/>
    <w:qFormat/>
    <w:rsid w:val="00FC693F"/>
    <w:rPr>
      <w:b/>
      <w:bCs/>
      <w:smallCaps/>
      <w:spacing w:val="5"/>
    </w:rPr>
  </w:style>
  <w:style w:type="paragraph" w:styleId="TOCNaslov">
    <w:name w:val="TOC Heading"/>
    <w:basedOn w:val="Naslov1"/>
    <w:next w:val="Normal"/>
    <w:uiPriority w:val="39"/>
    <w:semiHidden/>
    <w:unhideWhenUsed/>
    <w:qFormat/>
    <w:rsid w:val="00FC693F"/>
    <w:pPr>
      <w:outlineLvl w:val="9"/>
    </w:pPr>
  </w:style>
  <w:style w:type="table" w:styleId="Reetkatablice">
    <w:name w:val="Table Grid"/>
    <w:basedOn w:val="Obinatablic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ijetlosjenanje">
    <w:name w:val="Light Shading"/>
    <w:basedOn w:val="Obinatablic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ijetlipopis">
    <w:name w:val="Light List"/>
    <w:basedOn w:val="Obinatablic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ijetlipopis-Isticanje1">
    <w:name w:val="Light List Accent 1"/>
    <w:basedOn w:val="Obinatablic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ijetlipopis-Isticanje2">
    <w:name w:val="Light List Accent 2"/>
    <w:basedOn w:val="Obinatablic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ijetlipopis-Isticanje3">
    <w:name w:val="Light List Accent 3"/>
    <w:basedOn w:val="Obinatablic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ijetlipopis-Isticanje4">
    <w:name w:val="Light List Accent 4"/>
    <w:basedOn w:val="Obinatablic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ijetlipopis-Isticanje5">
    <w:name w:val="Light List Accent 5"/>
    <w:basedOn w:val="Obinatablic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rednjipopis-Isticanje6">
    <w:name w:val="Light List Accent 6"/>
    <w:basedOn w:val="Obinatablic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ijetlareetka">
    <w:name w:val="Light Grid"/>
    <w:basedOn w:val="Obinatablic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ijetlareetka-Isticanje1">
    <w:name w:val="Light Grid Accent 1"/>
    <w:basedOn w:val="Obinatablic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ijetlareetka-Isticanje2">
    <w:name w:val="Light Grid Accent 2"/>
    <w:basedOn w:val="Obinatablic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ijetlareetka-Isticanje3">
    <w:name w:val="Light Grid Accent 3"/>
    <w:basedOn w:val="Obinatablic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ijetlareetka-Isticanje4">
    <w:name w:val="Light Grid Accent 4"/>
    <w:basedOn w:val="Obinatablic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ijetlareetka-Isticanje5">
    <w:name w:val="Light Grid Accent 5"/>
    <w:basedOn w:val="Obinatablic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rednjareetka-Isticanje6">
    <w:name w:val="Light Grid Accent 6"/>
    <w:basedOn w:val="Obinatablic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rednjesjenanje1">
    <w:name w:val="Medium Shading 1"/>
    <w:basedOn w:val="Obinatablic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1">
    <w:name w:val="Medium Shading 2 Accent 1"/>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2">
    <w:name w:val="Medium Shading 2 Accent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3">
    <w:name w:val="Medium Shading 2 Accent 3"/>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4">
    <w:name w:val="Medium Shading 2 Accent 4"/>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5">
    <w:name w:val="Medium Shading 2 Accent 5"/>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6">
    <w:name w:val="Medium Shading 2 Accent 6"/>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ipopis1">
    <w:name w:val="Medium List 1"/>
    <w:basedOn w:val="Obinatablic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areetka1">
    <w:name w:val="Medium Grid 1"/>
    <w:basedOn w:val="Obinatablic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rednjareetka3-Isticanje1">
    <w:name w:val="Medium Grid 3 Accent 1"/>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rednjareetka3-Isticanje2">
    <w:name w:val="Medium Grid 3 Accent 2"/>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rednjareetka3-Isticanje3">
    <w:name w:val="Medium Grid 3 Accent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rednjareetka3-Isticanje4">
    <w:name w:val="Medium Grid 3 Accent 4"/>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rednjareetka3-Isticanje5">
    <w:name w:val="Medium Grid 3 Accent 5"/>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rednjareetka3-Isticanje6">
    <w:name w:val="Medium Grid 3 Accent 6"/>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mnipopis">
    <w:name w:val="Dark List"/>
    <w:basedOn w:val="Obinatablic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Obojanosjenanje">
    <w:name w:val="Colorful Shading"/>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Obojanipopis">
    <w:name w:val="Colorful List"/>
    <w:basedOn w:val="Obinatablic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areetka">
    <w:name w:val="Colorful Grid"/>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3289</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3858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Alma Sitnic</cp:lastModifiedBy>
  <cp:revision>2</cp:revision>
  <dcterms:created xsi:type="dcterms:W3CDTF">2026-10-27T11:54:00Z</dcterms:created>
  <dcterms:modified xsi:type="dcterms:W3CDTF">2026-10-27T11:54:00Z</dcterms:modified>
  <cp:category/>
</cp:coreProperties>
</file>